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1FB5" w14:textId="77777777" w:rsidR="009F60A0" w:rsidRPr="00154776" w:rsidRDefault="000B318D">
      <w:pPr>
        <w:keepNext/>
        <w:jc w:val="right"/>
        <w:rPr>
          <w:lang w:val="ru-RU"/>
        </w:rPr>
      </w:pPr>
      <w:r w:rsidRPr="00CA43D2">
        <w:rPr>
          <w:lang w:val="ru-RU"/>
        </w:rPr>
        <w:t>Проект</w:t>
      </w:r>
      <w:r w:rsidRPr="00CA43D2">
        <w:rPr>
          <w:lang w:val="ru-RU"/>
        </w:rPr>
        <w:br/>
        <w:t>Торги № 2</w:t>
      </w:r>
      <w:r w:rsidRPr="00CA43D2">
        <w:rPr>
          <w:lang w:val="ru-RU"/>
        </w:rPr>
        <w:br/>
        <w:t>Лот № 2</w:t>
      </w:r>
    </w:p>
    <w:p w14:paraId="3F526DF9" w14:textId="77777777" w:rsidR="009F60A0" w:rsidRPr="00154776" w:rsidRDefault="000B318D">
      <w:pPr>
        <w:pStyle w:val="aa"/>
        <w:keepNext/>
        <w:spacing w:after="4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ДОГОВОР КУПЛИ-ПРОДАЖИ ИМУЩЕСТВА</w:t>
      </w:r>
    </w:p>
    <w:p w14:paraId="5851C6BE" w14:textId="77777777" w:rsidR="009F60A0" w:rsidRPr="00154776" w:rsidRDefault="000B318D">
      <w:pPr>
        <w:keepNext/>
        <w:spacing w:after="100"/>
        <w:jc w:val="center"/>
        <w:rPr>
          <w:lang w:val="ru-RU"/>
        </w:rPr>
      </w:pPr>
      <w:r w:rsidRPr="00154776">
        <w:rPr>
          <w:b/>
          <w:lang w:val="ru-RU"/>
        </w:rPr>
        <w:t>№ [•]</w:t>
      </w:r>
    </w:p>
    <w:p w14:paraId="54424655" w14:textId="77777777" w:rsidR="009F60A0" w:rsidRPr="00154776" w:rsidRDefault="000B318D">
      <w:pPr>
        <w:keepNext/>
        <w:tabs>
          <w:tab w:val="right" w:pos="9354"/>
        </w:tabs>
        <w:spacing w:before="100" w:after="180"/>
        <w:rPr>
          <w:lang w:val="ru-RU"/>
        </w:rPr>
      </w:pPr>
      <w:r w:rsidRPr="00154776">
        <w:rPr>
          <w:lang w:val="ru-RU"/>
        </w:rPr>
        <w:t>г. Санкт-Петербург</w:t>
      </w:r>
      <w:r w:rsidRPr="00154776">
        <w:rPr>
          <w:lang w:val="ru-RU"/>
        </w:rPr>
        <w:tab/>
        <w:t>«[•]» [•] 20[•] г.</w:t>
      </w:r>
    </w:p>
    <w:p w14:paraId="0D91068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Общество с ограниченной ответственностью «Инженерный центр «Энергия» (ООО «ИЦ «Энергия», ОГРН 1043700101257, ИНН 3702062476, КПП 780401001, адрес: 195009, г. Санкт-Петербург, Свердловская наб., д. 14/2, лит. А, </w:t>
      </w:r>
      <w:proofErr w:type="spellStart"/>
      <w:r w:rsidRPr="00154776">
        <w:rPr>
          <w:lang w:val="ru-RU"/>
        </w:rPr>
        <w:t>помещ</w:t>
      </w:r>
      <w:proofErr w:type="spellEnd"/>
      <w:r w:rsidRPr="00154776">
        <w:rPr>
          <w:lang w:val="ru-RU"/>
        </w:rPr>
        <w:t>. 11-Н), именуемое в дальнейшем «Продавец», в лице конкурсного управляющего Федоровой Марии Сергеевны (ИНН 570201224810), утвержденной решением Арбитражного суда города Санкт-Петербурга и Ленинградской области от 09.03.2026 (резолютивная часть объявлена 25.02.2026) по делу № А56-105876/2024, действующей на основании указанного решения и Федерального закона от 26.10.2002 № 127-ФЗ «О несостоятельности (банкротстве)», с одной стороны, и</w:t>
      </w:r>
    </w:p>
    <w:p w14:paraId="0FB3D56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[Полное наименование юридического лица / Ф.И.О. физического лица или индивидуального предпринимателя], ОГРН/ОГРНИП [•], ИНН [•], паспортные данные [•] (заполняются применимые сведения), адрес: [•], именуемый(</w:t>
      </w:r>
      <w:proofErr w:type="spellStart"/>
      <w:r w:rsidRPr="00154776">
        <w:rPr>
          <w:lang w:val="ru-RU"/>
        </w:rPr>
        <w:t>ое</w:t>
      </w:r>
      <w:proofErr w:type="spellEnd"/>
      <w:r w:rsidRPr="00154776">
        <w:rPr>
          <w:lang w:val="ru-RU"/>
        </w:rPr>
        <w:t>) в дальнейшем «Покупатель», в лице [•], действующего на основании [•] (при подписании представителем), с другой стороны,</w:t>
      </w:r>
    </w:p>
    <w:p w14:paraId="010F06B9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совместно именуемые «Стороны», а по отдельности «Сторона», заключили настоящий договор купли-продажи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«Договор») о нижеследующем:</w:t>
      </w:r>
    </w:p>
    <w:p w14:paraId="38819810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1 ПРЕДМЕТ ДОГОВОРА</w:t>
      </w:r>
    </w:p>
    <w:p w14:paraId="5EB361C6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1.1. Продавец обязуется передать в собственность Покупателю, а Покупатель - принять и оплатить имущество в составе Лота № 2 Торгов № 2 (далее - «Имущество», «Лот»). Состав, количество, идентифицирующие признаки, сведения об обременениях и месте нахождения Имущества определены в Приложении № 1 к Договору. Все объекты Лота продаются совместно.</w:t>
      </w:r>
    </w:p>
    <w:p w14:paraId="22BAC492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Продажа осуществляется в соответствии с положением о порядке и условиях проведения торгов, применимым к Лоту № 2 Торгов № 2 (далее - «Положение о торгах»), сообщением о проведении Торгов № 2 и протоколом о результатах проведения торгов по Лоту № 2 от «[•]» [•] 20[•] г. № [•] (далее - «Протокол»).</w:t>
      </w:r>
    </w:p>
    <w:p w14:paraId="7213CE22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1.2. Имущество приобретается Покупателем по результатам открытых электронных торгов в форме аукциона с открытой формой подачи предложений о цене, проведенных на электронной площадке «Новые информационные сервисы» (</w:t>
      </w:r>
      <w:r w:rsidRPr="00CA43D2">
        <w:t>www</w:t>
      </w:r>
      <w:r w:rsidRPr="00CA43D2">
        <w:rPr>
          <w:lang w:val="ru-RU"/>
        </w:rPr>
        <w:t>.</w:t>
      </w:r>
      <w:proofErr w:type="spellStart"/>
      <w:r w:rsidRPr="00CA43D2">
        <w:t>nistp</w:t>
      </w:r>
      <w:proofErr w:type="spellEnd"/>
      <w:r w:rsidRPr="00CA43D2">
        <w:rPr>
          <w:lang w:val="ru-RU"/>
        </w:rPr>
        <w:t>.</w:t>
      </w:r>
      <w:proofErr w:type="spellStart"/>
      <w:r w:rsidRPr="00CA43D2">
        <w:t>ru</w:t>
      </w:r>
      <w:proofErr w:type="spellEnd"/>
      <w:r w:rsidRPr="00CA43D2">
        <w:rPr>
          <w:lang w:val="ru-RU"/>
        </w:rPr>
        <w:t>), в рамках конкурсного производства по делу № А56-105876/2024.</w:t>
      </w:r>
    </w:p>
    <w:p w14:paraId="7CD7D7EC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1.3. Сведения об обременениях Имущества указаны в Приложении № 1. Движимое имущество в составе Лота № 2 Торгов № 2 не находится в залоге. Недвижимое имущество в составе Лота № 2 Торгов № 2 на дату проведения торгов находится в залоге у АО КБ «Солидарность». Такой залог прекращается при реализации заложенного имущества в целях удовлетворения требований залогодержателя в порядке, установленном законом, на основании подпункта 4 пункта 1 статьи 352 ГК РФ.</w:t>
      </w:r>
    </w:p>
    <w:p w14:paraId="7F837663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1.4. Передача Имущества производится после полной оплаты цены Договора. Право собственности на движимое имущество переходит к Покупателю с момента подписания </w:t>
      </w:r>
      <w:r w:rsidRPr="00CA43D2">
        <w:rPr>
          <w:lang w:val="ru-RU"/>
        </w:rPr>
        <w:lastRenderedPageBreak/>
        <w:t>Сторонами акта приема-передачи. Право собственности на недвижимое имущество переходит к Покупателю с момента государственной регистрации перехода права.</w:t>
      </w:r>
    </w:p>
    <w:p w14:paraId="7161A554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1.5. Место нахождения и передачи Имущества определяется Приложением № 1. Осмотр и доступ согласовываются с конкурсным управляющим по электронной почте </w:t>
      </w:r>
      <w:proofErr w:type="spellStart"/>
      <w:r w:rsidRPr="00CA43D2">
        <w:t>icemf</w:t>
      </w:r>
      <w:proofErr w:type="spellEnd"/>
      <w:r w:rsidRPr="00CA43D2">
        <w:rPr>
          <w:lang w:val="ru-RU"/>
        </w:rPr>
        <w:t>25@</w:t>
      </w:r>
      <w:proofErr w:type="spellStart"/>
      <w:r w:rsidRPr="00CA43D2">
        <w:t>yandex</w:t>
      </w:r>
      <w:proofErr w:type="spellEnd"/>
      <w:r w:rsidRPr="00CA43D2">
        <w:rPr>
          <w:lang w:val="ru-RU"/>
        </w:rPr>
        <w:t>.</w:t>
      </w:r>
      <w:proofErr w:type="spellStart"/>
      <w:r w:rsidRPr="00CA43D2">
        <w:t>ru</w:t>
      </w:r>
      <w:proofErr w:type="spellEnd"/>
      <w:r w:rsidRPr="00CA43D2">
        <w:rPr>
          <w:lang w:val="ru-RU"/>
        </w:rPr>
        <w:t xml:space="preserve"> или телефону +7 916 448-60-21.</w:t>
      </w:r>
    </w:p>
    <w:p w14:paraId="4A1080F9" w14:textId="77777777" w:rsidR="009F60A0" w:rsidRPr="00CA43D2" w:rsidRDefault="000B318D">
      <w:pPr>
        <w:pStyle w:val="1"/>
        <w:spacing w:before="160" w:after="120"/>
        <w:jc w:val="center"/>
        <w:rPr>
          <w:lang w:val="ru-RU"/>
        </w:rPr>
      </w:pPr>
      <w:r w:rsidRPr="00CA43D2">
        <w:rPr>
          <w:rFonts w:ascii="Times New Roman" w:hAnsi="Times New Roman"/>
          <w:lang w:val="ru-RU"/>
        </w:rPr>
        <w:t>2 ЦЕНА ДОГОВОРА И ПОРЯДОК РАСЧЕТОВ</w:t>
      </w:r>
    </w:p>
    <w:p w14:paraId="7630BB3A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2.1. Цена Имущества в составе Лота № 2 Торгов № 2 определена по результатам торгов в соответствии с Протоколом и предложением Покупателя и составляет [сумма цифрами] ([сумма прописью]) рублей [•] копеек.</w:t>
      </w:r>
    </w:p>
    <w:p w14:paraId="468B9A0E" w14:textId="77777777" w:rsidR="007E16E9" w:rsidRPr="00CA43D2" w:rsidRDefault="00286CE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2.1.1. Цена Залоговой части Лота определяется пропорционально отношению начальной цены Залоговой части к начальной цене всего Лота, указанному в Приложении № 1. Цена </w:t>
      </w:r>
      <w:proofErr w:type="spellStart"/>
      <w:r w:rsidRPr="00CA43D2">
        <w:rPr>
          <w:lang w:val="ru-RU"/>
        </w:rPr>
        <w:t>Незалоговой</w:t>
      </w:r>
      <w:proofErr w:type="spellEnd"/>
      <w:r w:rsidRPr="00CA43D2">
        <w:rPr>
          <w:lang w:val="ru-RU"/>
        </w:rPr>
        <w:t xml:space="preserve"> ча</w:t>
      </w:r>
      <w:r w:rsidRPr="00CA43D2">
        <w:rPr>
          <w:lang w:val="ru-RU"/>
        </w:rPr>
        <w:t xml:space="preserve">сти равна разнице между общей ценой Договора и ценой Залоговой части. Расчет производится с округлением до копеек; разница от округления относится на </w:t>
      </w:r>
      <w:proofErr w:type="spellStart"/>
      <w:r w:rsidRPr="00CA43D2">
        <w:rPr>
          <w:lang w:val="ru-RU"/>
        </w:rPr>
        <w:t>Незалоговую</w:t>
      </w:r>
      <w:proofErr w:type="spellEnd"/>
      <w:r w:rsidRPr="00CA43D2">
        <w:rPr>
          <w:lang w:val="ru-RU"/>
        </w:rPr>
        <w:t xml:space="preserve"> часть.</w:t>
      </w:r>
    </w:p>
    <w:p w14:paraId="74A1D9D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2.2. Реализация Имущества Продавца, признанного несостоятельным (банкротом), не признается объектом обложения налогом на добавленную стоимость на основании подпункта 15 пункта 2 статьи 146 Налогового кодекса Российской Федерации. Цена Имущества указана без НДС.</w:t>
      </w:r>
    </w:p>
    <w:p w14:paraId="002EBCEA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2.3. Оплата Имущества производится денежными средствами в полном объеме в течение 30 (Тридцати) календарных дней с даты подписания Договора в следующем порядке:</w:t>
      </w:r>
    </w:p>
    <w:p w14:paraId="1C120C4A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2.3.1. Внесенный Покупателем задаток засчитывается в счет оплаты цены Имущества. Размер задатка по Лоту № 2 Торгов № 2 составляет 1 273 823,10 руб. Задаток распределяется между Залоговой и </w:t>
      </w:r>
      <w:proofErr w:type="spellStart"/>
      <w:r w:rsidRPr="00CA43D2">
        <w:rPr>
          <w:lang w:val="ru-RU"/>
        </w:rPr>
        <w:t>Незалоговой</w:t>
      </w:r>
      <w:proofErr w:type="spellEnd"/>
      <w:r w:rsidRPr="00CA43D2">
        <w:rPr>
          <w:lang w:val="ru-RU"/>
        </w:rPr>
        <w:t xml:space="preserve"> частями в пропорции, установленной пунктом 2.1.1 Договора.</w:t>
      </w:r>
    </w:p>
    <w:p w14:paraId="7B6E3DF6" w14:textId="77777777" w:rsidR="009F60A0" w:rsidRPr="00CA43D2" w:rsidRDefault="000B318D">
      <w:pPr>
        <w:keepNext/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2.3.2. Оставшаяся после зачета относящейся к ней части задатка цена </w:t>
      </w:r>
      <w:proofErr w:type="spellStart"/>
      <w:r w:rsidRPr="00CA43D2">
        <w:rPr>
          <w:lang w:val="ru-RU"/>
        </w:rPr>
        <w:t>Незалоговой</w:t>
      </w:r>
      <w:proofErr w:type="spellEnd"/>
      <w:r w:rsidRPr="00CA43D2">
        <w:rPr>
          <w:lang w:val="ru-RU"/>
        </w:rPr>
        <w:t xml:space="preserve"> части перечисляется на основной расчетный счет Продавца:</w:t>
      </w:r>
    </w:p>
    <w:p w14:paraId="4F4BEEBE" w14:textId="77777777" w:rsidR="009F60A0" w:rsidRPr="00CA43D2" w:rsidRDefault="000B318D">
      <w:pPr>
        <w:jc w:val="both"/>
        <w:rPr>
          <w:lang w:val="ru-RU"/>
        </w:rPr>
      </w:pPr>
      <w:r w:rsidRPr="00CA43D2">
        <w:rPr>
          <w:lang w:val="ru-RU"/>
        </w:rPr>
        <w:t>Получатель: ООО «ИЦ «Энергия»; ИНН 3702062476; КПП 780401001; расчетный счет 40702810901300055752 в АО «АЛЬФА-БАНК»; ИНН банка 7728168971; БИК 044525593; корреспондентский счет 30101810200000000593.</w:t>
      </w:r>
    </w:p>
    <w:p w14:paraId="2F12C9EA" w14:textId="77777777" w:rsidR="009F60A0" w:rsidRPr="00154776" w:rsidRDefault="000B318D">
      <w:pPr>
        <w:jc w:val="both"/>
        <w:rPr>
          <w:lang w:val="ru-RU"/>
        </w:rPr>
      </w:pPr>
      <w:r w:rsidRPr="00CA43D2">
        <w:rPr>
          <w:lang w:val="ru-RU"/>
        </w:rPr>
        <w:t xml:space="preserve">Назначение платежа: «Оплата </w:t>
      </w:r>
      <w:proofErr w:type="spellStart"/>
      <w:r w:rsidRPr="00CA43D2">
        <w:rPr>
          <w:lang w:val="ru-RU"/>
        </w:rPr>
        <w:t>Незалоговой</w:t>
      </w:r>
      <w:proofErr w:type="spellEnd"/>
      <w:r w:rsidRPr="00CA43D2">
        <w:rPr>
          <w:lang w:val="ru-RU"/>
        </w:rPr>
        <w:t xml:space="preserve"> части по договору купли-продажи № [•] от [•], Торги № 2, лот № 2, ООО «ИЦ «Энергия», дело № А56-105876/2024. Без НДС».</w:t>
      </w:r>
    </w:p>
    <w:p w14:paraId="7ED8D625" w14:textId="77777777" w:rsidR="007E16E9" w:rsidRPr="00CA43D2" w:rsidRDefault="00286CE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>2.3.3. Оставшаяся после зачета относящейся к ней части задатка цена Залоговой части перечисляется на специальный банковский счет Продавца в соответствии со статьей 138 Федера</w:t>
      </w:r>
      <w:r w:rsidRPr="00CA43D2">
        <w:rPr>
          <w:lang w:val="ru-RU"/>
        </w:rPr>
        <w:t>льного закона от 26.10.2002 № 127-ФЗ «О несостоятельности (банкротстве)»:</w:t>
      </w:r>
    </w:p>
    <w:p w14:paraId="5F9C35DC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Получатель: ООО «ИЦ «Энергия»; ИНН 3702062476; КПП 780401001; специальный банковский счет 40702810501300055783 в АО «АЛЬФА-БАНК»; ИНН банка 7728168971; БИК 044525593; корреспондентск</w:t>
      </w:r>
      <w:r w:rsidRPr="00CA43D2">
        <w:rPr>
          <w:lang w:val="ru-RU"/>
        </w:rPr>
        <w:t>ий счет 30101810200000000593.</w:t>
      </w:r>
    </w:p>
    <w:p w14:paraId="06CB32D6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Назначение платежа: «Оплата Залоговой части по договору купли-продажи № [•] от [•], Торги № 2, лот № 2, ООО «ИЦ «Энергия», дело № А56-105876/2024. Без НДС».</w:t>
      </w:r>
    </w:p>
    <w:p w14:paraId="3C69DD29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2.4. Датой полной оплаты Имущества является дата зачисления денежных средств в размере полной цены Договора с учетом задатка на счета Продавца, указанные в пунктах 2.3.2 и 2.3.3 Договора. Обязательство по оплате считается исполненным после поступления обеих частей цены на соответствующие счета.</w:t>
      </w:r>
    </w:p>
    <w:p w14:paraId="4456482F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2.5. Цена Имущества является окончательной и изменению не подлежит.</w:t>
      </w:r>
    </w:p>
    <w:p w14:paraId="3D1C0831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3 ПЕРЕДАЧА ИМУЩЕСТВА</w:t>
      </w:r>
    </w:p>
    <w:p w14:paraId="777326D3" w14:textId="77777777" w:rsidR="009F60A0" w:rsidRPr="00CA43D2" w:rsidRDefault="000B318D" w:rsidP="00CA43D2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3.1. Передача Имущества Продавцом и принятие его Покупателем осуществляются по акту приема-передачи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«Акт») по форме Приложения № 2 к Договору в течение </w:t>
      </w:r>
      <w:r w:rsidRPr="00CA43D2">
        <w:rPr>
          <w:lang w:val="ru-RU"/>
        </w:rPr>
        <w:t>10 (Десяти) рабочих дней с момента полной оплаты Имущества. До полной оплаты Имущество Покупателю не передается.</w:t>
      </w:r>
    </w:p>
    <w:p w14:paraId="17A5637E" w14:textId="77777777" w:rsidR="009F60A0" w:rsidRPr="00CA43D2" w:rsidRDefault="000B318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>3.2. Передача Имущества осуществляется по месту его нахождения, указанному в Приложении № 1 к Договору. Дату и время передачи Стороны согласовывают в пределах срока, установленного пунктом 3.1 Договора.</w:t>
      </w:r>
    </w:p>
    <w:p w14:paraId="3EE68F8C" w14:textId="77777777" w:rsidR="009F60A0" w:rsidRPr="00CA43D2" w:rsidRDefault="000B318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>3.3. Обязательство Продавца по передаче Имущества считается исполненным с момента подписания Сторонами Акта. С этого же момента к Покупателю переходит риск случайной гибели или случайного повреждения Имущества. Момент перехода права собственности определяется пунктом 1.4 Договора.</w:t>
      </w:r>
    </w:p>
    <w:p w14:paraId="2E1DBF3C" w14:textId="77777777" w:rsidR="009F60A0" w:rsidRPr="00CA43D2" w:rsidRDefault="000B318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3.4. </w:t>
      </w:r>
      <w:r w:rsidR="00243371" w:rsidRPr="00CA43D2">
        <w:rPr>
          <w:lang w:val="ru-RU"/>
        </w:rPr>
        <w:t>Имущество передаётся в том состоянии, в котором оно находилось на момент проведения торгов («как есть»). Покупатель ознакомлен с фактическим состоянием Имущества до заключения настоящего Договора и претензий к его качеству, комплектности и техническому состоянию не имеет.</w:t>
      </w:r>
    </w:p>
    <w:p w14:paraId="463E1E50" w14:textId="77777777" w:rsidR="007E16E9" w:rsidRPr="00CA43D2" w:rsidRDefault="00286CED" w:rsidP="00CA43D2">
      <w:pPr>
        <w:ind w:firstLine="567"/>
        <w:jc w:val="both"/>
        <w:rPr>
          <w:lang w:val="ru-RU"/>
        </w:rPr>
      </w:pPr>
      <w:r w:rsidRPr="00CA43D2">
        <w:rPr>
          <w:lang w:val="ru-RU"/>
        </w:rPr>
        <w:t>3.5. При приобретении недвижимого имущества Стороны после полной оплаты цены Договора и подписания Акта совместно совершают действия, необходимые для государственной регис</w:t>
      </w:r>
      <w:r w:rsidRPr="00CA43D2">
        <w:rPr>
          <w:lang w:val="ru-RU"/>
        </w:rPr>
        <w:t>трации перехода права собственности. Государственную пошлину и иные расходы по регистрации перехода права собственности несет Покупатель.</w:t>
      </w:r>
    </w:p>
    <w:p w14:paraId="581DC1C5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CA43D2">
        <w:rPr>
          <w:rFonts w:ascii="Times New Roman" w:eastAsia="Times New Roman" w:hAnsi="Times New Roman"/>
          <w:lang w:val="ru-RU"/>
        </w:rPr>
        <w:t>4 ДЕМОНТАЖ И ВЫВОЗ ДВИЖИМОГО ИМУЩЕСТВА</w:t>
      </w:r>
    </w:p>
    <w:p w14:paraId="089F9330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4.1. Все расходы, связанные с необходимыми демонтажем, разборкой, отключением от коммуникаций, такелажными работами, погрузкой и вывозом движимого имущества, несет Покупатель. Организатор торгов и конкурсный управляющий не осуществляют работы по подготовке движимого имущества к транспортировке и не несут соответствующих расходов.</w:t>
      </w:r>
    </w:p>
    <w:p w14:paraId="6CDE4C23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4.2. Покупатель обязан вывезти приобретенное движимое имущество с места его нахождения не позднее 10 (Десяти) рабочих дней с момента подписания Акта.</w:t>
      </w:r>
    </w:p>
    <w:p w14:paraId="271BC14B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4.3. В случае нарушения срока вывоза движимого имущества Покупатель возмещает необходимые и документально подтвержденные расходы Продавца на его хранение, возникшие вследствие просрочки, либо по согласованию с лицом, осуществляющим хранение, самостоятельно заключает с ним договор хранения за свой счет.</w:t>
      </w:r>
    </w:p>
    <w:p w14:paraId="6ED32758" w14:textId="77777777" w:rsidR="009F60A0" w:rsidRPr="00CA43D2" w:rsidRDefault="000B318D">
      <w:pPr>
        <w:keepNext/>
        <w:ind w:firstLine="567"/>
        <w:jc w:val="both"/>
        <w:rPr>
          <w:lang w:val="ru-RU"/>
        </w:rPr>
      </w:pPr>
      <w:r w:rsidRPr="00CA43D2">
        <w:rPr>
          <w:lang w:val="ru-RU"/>
        </w:rPr>
        <w:t>4.4. При осуществлении демонтажа и вывоза движимого имущества Покупатель обязан:</w:t>
      </w:r>
    </w:p>
    <w:p w14:paraId="359957A6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4.4.1. Согласовать с конкурсным управляющим и лицом, обеспечивающим доступ к месту хранения, график работ, список персонала и транспортных средств не</w:t>
      </w:r>
      <w:r w:rsidRPr="00154776">
        <w:rPr>
          <w:lang w:val="ru-RU"/>
        </w:rPr>
        <w:t xml:space="preserve"> менее чем за 3 (Три) рабочих дня до начала работ.</w:t>
      </w:r>
    </w:p>
    <w:p w14:paraId="56C45EBC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4.4.2. Проводить работы в часы и дни, установленные правилами пропускного режима территории и согласованным графиком.</w:t>
      </w:r>
    </w:p>
    <w:p w14:paraId="46732D8F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4.4.3. Соблюдать требования охраны труда, техники безопасности, пожарной безопасности и иные обязательные требования, действующие на территории проведения работ.</w:t>
      </w:r>
    </w:p>
    <w:p w14:paraId="4BA7A9EE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4.4.4. Обеспечить сохранность зданий, помещений, дверных проемов, инженерных сетей и иного имущества при проведении демонтажных и погрузочных работ.</w:t>
      </w:r>
    </w:p>
    <w:p w14:paraId="7A2EE746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4.5. Покупатель несет ответственность в соответствии с законодательством Российской Федерации за ущерб имуществу Продавца и третьих лиц, а также за вред жизни и здоровью граждан, причиненные Покупателем или привлеченными им лицами при демонтаже и вывозе движимого имущества.</w:t>
      </w:r>
    </w:p>
    <w:p w14:paraId="746B6422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4.6. Покупатель возмещает причиненный по его вине ущерб в полном объеме в течение 5 (Пяти) рабочих дней с даты получения обоснованного требования с документами, подтверждающими основания и размер ущерба.</w:t>
      </w:r>
    </w:p>
    <w:p w14:paraId="56ED685B" w14:textId="77777777" w:rsidR="009F60A0" w:rsidRPr="00CA43D2" w:rsidRDefault="000B318D">
      <w:pPr>
        <w:pStyle w:val="1"/>
        <w:spacing w:before="160" w:after="120"/>
        <w:jc w:val="center"/>
        <w:rPr>
          <w:lang w:val="ru-RU"/>
        </w:rPr>
      </w:pPr>
      <w:r w:rsidRPr="00CA43D2">
        <w:rPr>
          <w:rFonts w:ascii="Times New Roman" w:hAnsi="Times New Roman"/>
          <w:lang w:val="ru-RU"/>
        </w:rPr>
        <w:t>5 ОБЯЗАННОСТИ СТОРОН</w:t>
      </w:r>
    </w:p>
    <w:p w14:paraId="6CC95C93" w14:textId="77777777" w:rsidR="009F60A0" w:rsidRPr="00CA43D2" w:rsidRDefault="000B318D">
      <w:pPr>
        <w:keepNext/>
        <w:ind w:firstLine="567"/>
        <w:jc w:val="both"/>
        <w:rPr>
          <w:lang w:val="ru-RU"/>
        </w:rPr>
      </w:pPr>
      <w:r w:rsidRPr="00CA43D2">
        <w:rPr>
          <w:lang w:val="ru-RU"/>
        </w:rPr>
        <w:t>5.1. Продавец обязан:</w:t>
      </w:r>
    </w:p>
    <w:p w14:paraId="03F1545D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5.1.1. Передать Покупателю Имущество по Акту в срок, установленный пунктом 3.1 Договора.</w:t>
      </w:r>
    </w:p>
    <w:p w14:paraId="5C3E290F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5.1.2. Обеспечить Покупателю доступ к Имуществу для осмотра, приемки, демонтажа и вывоза в согласованном порядке с соблюдением режима доступа на территорию.</w:t>
      </w:r>
    </w:p>
    <w:p w14:paraId="57BA03E8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5.1.3. Передать Покупателю имеющиеся технические и правоустанавливающие документы на Имущество (при наличии).</w:t>
      </w:r>
    </w:p>
    <w:p w14:paraId="1634C4DC" w14:textId="77777777" w:rsidR="009F60A0" w:rsidRPr="00CA43D2" w:rsidRDefault="000B318D">
      <w:pPr>
        <w:keepNext/>
        <w:ind w:firstLine="567"/>
        <w:jc w:val="both"/>
        <w:rPr>
          <w:lang w:val="ru-RU"/>
        </w:rPr>
      </w:pPr>
      <w:r w:rsidRPr="00CA43D2">
        <w:rPr>
          <w:lang w:val="ru-RU"/>
        </w:rPr>
        <w:t>5.2. Покупатель обязан:</w:t>
      </w:r>
    </w:p>
    <w:p w14:paraId="0170DCC7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5.2.1. Оплатить Имущество в порядке и сроки, установленные разделом 2 Договора.</w:t>
      </w:r>
    </w:p>
    <w:p w14:paraId="61D28240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5.2.2. Принять Имущество по Акту в срок, установленный пунктом 3.1 Договора.</w:t>
      </w:r>
    </w:p>
    <w:p w14:paraId="63DBC7C9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5.2.3. Осуществить демонтаж и вывоз движимого имущества в порядке и сроки, установленные разделом 4 Договора.</w:t>
      </w:r>
    </w:p>
    <w:p w14:paraId="018C5CF7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5.2.4. Соблюдать требования раздела 4 Договора при демонтаже и вывозе движимого имущества.</w:t>
      </w:r>
    </w:p>
    <w:p w14:paraId="00D71546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5.2.5. Возместить причиненный при демонтаже и вывозе движимого имущества ущерб в соответствии с пунктами 4.5 и 4.6 Договора, а при приобретении недвижимого имущества - оплатить расходы по государственной регистрации перехода права собственности.</w:t>
      </w:r>
    </w:p>
    <w:p w14:paraId="5657D1FB" w14:textId="77777777" w:rsidR="009F60A0" w:rsidRPr="00CA43D2" w:rsidRDefault="000B318D">
      <w:pPr>
        <w:pStyle w:val="1"/>
        <w:spacing w:before="160" w:after="120"/>
        <w:jc w:val="center"/>
        <w:rPr>
          <w:lang w:val="ru-RU"/>
        </w:rPr>
      </w:pPr>
      <w:r w:rsidRPr="00CA43D2">
        <w:rPr>
          <w:rFonts w:ascii="Times New Roman" w:hAnsi="Times New Roman"/>
          <w:lang w:val="ru-RU"/>
        </w:rPr>
        <w:t>6 ОТВЕТСТВЕННОСТЬ СТОРОН</w:t>
      </w:r>
    </w:p>
    <w:p w14:paraId="021F6E54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0AD8331B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6.2. При непоступлении полной цены Имущества на соответствующий счет или счета Продавца в срок, установленный пунктом 2.3 Договора, Продавец в лице конкурсного управляющего вправе в одностороннем внесудебном порядке отказаться от исполнения Договора на основании статьи 450.1 ГК РФ, направив Покупателю уведомление. Договор считается расторгнутым с момента получения уведомления либо с момента, когда оно считается доставленным в соответствии со статьей 165.1 ГК РФ.</w:t>
      </w:r>
    </w:p>
    <w:p w14:paraId="232D5B32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 xml:space="preserve">6.3. При отказе Продавца от Договора по основанию, предусмотренному пунктом 6.2, Покупатель утрачивает право на получение Имущества. Задаток не возвращается в случаях, предусмотренных законодательством, Положением о торгах и договором о задатке. Судьба иных уплаченных сумм определяется законодательством Российской </w:t>
      </w:r>
      <w:r w:rsidRPr="00CA43D2">
        <w:rPr>
          <w:lang w:val="ru-RU"/>
        </w:rPr>
        <w:lastRenderedPageBreak/>
        <w:t>Федерации. Неоплаченный Лот подлежит дальнейшей реализации в установленном порядке.</w:t>
      </w:r>
    </w:p>
    <w:p w14:paraId="1E10431B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6.4. До заключения Договора лицо, которому направлено предложение его заключить, обязано подписать Договор в течение 5 (Пяти) календарных дней с даты получения предложения. При отказе или уклонении от заключения Договора задаток не возвращается в случаях, предусмотренных законодательством Российской Федерации, Положением о торгах и договором о задатке.</w:t>
      </w:r>
    </w:p>
    <w:p w14:paraId="70EB2501" w14:textId="77777777" w:rsidR="009F60A0" w:rsidRPr="00CA43D2" w:rsidRDefault="000B318D">
      <w:pPr>
        <w:pStyle w:val="1"/>
        <w:spacing w:before="160" w:after="120"/>
        <w:jc w:val="center"/>
        <w:rPr>
          <w:lang w:val="ru-RU"/>
        </w:rPr>
      </w:pPr>
      <w:r w:rsidRPr="00CA43D2">
        <w:rPr>
          <w:rFonts w:ascii="Times New Roman" w:hAnsi="Times New Roman"/>
          <w:lang w:val="ru-RU"/>
        </w:rPr>
        <w:t>7 ПРОЧИЕ УСЛОВИЯ</w:t>
      </w:r>
    </w:p>
    <w:p w14:paraId="07F796C8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7.1. Договор вступает в силу с момента его подписания Сторонами и действует до полного исполнения обязательств либо прекращения по предусмотренным законом или Договором основаниям.</w:t>
      </w:r>
    </w:p>
    <w:p w14:paraId="406038D1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7.2. Стороны принимают меры к урегулированию споров путем переговоров и направления письменной претензии. Срок ответа на претензию составляет 10 (Десять) рабочих дней с даты ее получения, если иной обязательный порядок не установлен законом.</w:t>
      </w:r>
    </w:p>
    <w:p w14:paraId="467092AD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7.3. Споры, отнесенные к компетенции арбитражных судов, рассматриваются Арбитражным судом города Санкт-Петербурга и Ленинградской области с соблюдением установленных законом правил исключительной подсудности. Иные споры рассматриваются компетентным судом в соответствии с законодательством Российской Федерации.</w:t>
      </w:r>
    </w:p>
    <w:p w14:paraId="67B7CE23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7.4. Изменения и дополнения к Договору действительны при их письменном оформлении и подписании уполномоченными представителями Сторон, если они допускаются законодательством Российской Федерации и не противоречат условиям торгов и Положению о торгах.</w:t>
      </w:r>
    </w:p>
    <w:p w14:paraId="116C0602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7.5. Во всем, что не предусмотрено Договором, Стороны руководствуются Положением о торгах и законодательством Российской Федерации, в том числе Федеральным законом от 26.10.2002 № 127-ФЗ «О несостоятельности (банкротстве)».</w:t>
      </w:r>
    </w:p>
    <w:p w14:paraId="782F46C7" w14:textId="77777777" w:rsidR="009F60A0" w:rsidRPr="00CA43D2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7.6. Договор составлен в двух экземплярах, имеющих одинаковую юридическую силу, по одному для каждой из Сторон.</w:t>
      </w:r>
    </w:p>
    <w:p w14:paraId="48BB2825" w14:textId="77777777" w:rsidR="009F60A0" w:rsidRPr="00154776" w:rsidRDefault="000B318D">
      <w:pPr>
        <w:ind w:firstLine="567"/>
        <w:jc w:val="both"/>
        <w:rPr>
          <w:lang w:val="ru-RU"/>
        </w:rPr>
      </w:pPr>
      <w:r w:rsidRPr="00CA43D2">
        <w:rPr>
          <w:lang w:val="ru-RU"/>
        </w:rPr>
        <w:t>7.7. Неотъемлемыми частями Договора являются: Приложение № 1 - Перечень Имущества в составе Лота № 2; Приложение № 2 - акт приема-передачи Имущества.</w:t>
      </w:r>
    </w:p>
    <w:p w14:paraId="4EFFE3FD" w14:textId="77777777" w:rsidR="009F60A0" w:rsidRDefault="000B318D">
      <w:pPr>
        <w:pStyle w:val="1"/>
        <w:spacing w:before="160" w:after="120"/>
        <w:jc w:val="center"/>
      </w:pPr>
      <w:r>
        <w:rPr>
          <w:rFonts w:ascii="Times New Roman" w:hAnsi="Times New Roman"/>
        </w:rPr>
        <w:lastRenderedPageBreak/>
        <w:t>8 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9F60A0" w:rsidRPr="00CA43D2" w14:paraId="6D89F418" w14:textId="77777777">
        <w:trPr>
          <w:cantSplit/>
          <w:jc w:val="center"/>
        </w:trPr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DA44DD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b/>
                <w:sz w:val="21"/>
                <w:lang w:val="ru-RU"/>
              </w:rPr>
              <w:t>ПРОДАВЕЦ</w:t>
            </w:r>
          </w:p>
          <w:p w14:paraId="5590B7F6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ООО «ИЦ «Энергия»</w:t>
            </w:r>
          </w:p>
          <w:p w14:paraId="2BEE44DD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ИНН 3702062476 / КПП 780401001</w:t>
            </w:r>
          </w:p>
          <w:p w14:paraId="6ED4ACB9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ОГРН 1043700101257</w:t>
            </w:r>
          </w:p>
          <w:p w14:paraId="6FF31842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 xml:space="preserve">Адрес: 195009, г. Санкт-Петербург, Свердловская наб., д. 14/2, лит. А, </w:t>
            </w:r>
            <w:proofErr w:type="spellStart"/>
            <w:r w:rsidRPr="00CA43D2">
              <w:rPr>
                <w:sz w:val="21"/>
                <w:lang w:val="ru-RU"/>
              </w:rPr>
              <w:t>помещ</w:t>
            </w:r>
            <w:proofErr w:type="spellEnd"/>
            <w:r w:rsidRPr="00CA43D2">
              <w:rPr>
                <w:sz w:val="21"/>
                <w:lang w:val="ru-RU"/>
              </w:rPr>
              <w:t>. 11-Н</w:t>
            </w:r>
          </w:p>
          <w:p w14:paraId="5BF6A146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 xml:space="preserve">Адрес для </w:t>
            </w:r>
            <w:r w:rsidRPr="00CA43D2">
              <w:rPr>
                <w:sz w:val="21"/>
                <w:lang w:val="ru-RU"/>
              </w:rPr>
              <w:t xml:space="preserve">корреспонденции: 105118, г. Москва, </w:t>
            </w:r>
            <w:r w:rsidRPr="00CA43D2">
              <w:rPr>
                <w:sz w:val="21"/>
                <w:lang w:val="ru-RU"/>
              </w:rPr>
              <w:t>а/я 3</w:t>
            </w:r>
          </w:p>
          <w:p w14:paraId="1F95D9AA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Основной</w:t>
            </w:r>
            <w:r w:rsidRPr="00CA43D2">
              <w:rPr>
                <w:sz w:val="21"/>
                <w:lang w:val="ru-RU"/>
              </w:rPr>
              <w:t xml:space="preserve"> р/с 40702810901300055752</w:t>
            </w:r>
          </w:p>
          <w:p w14:paraId="52CC236D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Специальный р/с 40702810501300055783</w:t>
            </w:r>
          </w:p>
          <w:p w14:paraId="7C77F02D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Банк: АО «АЛЬФА-БАНК»</w:t>
            </w:r>
          </w:p>
          <w:p w14:paraId="2045D78D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ИНН банка 7728168971</w:t>
            </w:r>
          </w:p>
          <w:p w14:paraId="326AF099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к/с 30101810200000000593</w:t>
            </w:r>
          </w:p>
          <w:p w14:paraId="4B9CF626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БИК 044525593</w:t>
            </w:r>
          </w:p>
          <w:p w14:paraId="5F9BDE1A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 xml:space="preserve">Электронная почта: </w:t>
            </w:r>
            <w:proofErr w:type="spellStart"/>
            <w:r>
              <w:rPr>
                <w:sz w:val="21"/>
              </w:rPr>
              <w:t>icemf</w:t>
            </w:r>
            <w:proofErr w:type="spellEnd"/>
            <w:r w:rsidRPr="00CA43D2">
              <w:rPr>
                <w:sz w:val="21"/>
                <w:lang w:val="ru-RU"/>
              </w:rPr>
              <w:t>25@</w:t>
            </w:r>
            <w:proofErr w:type="spellStart"/>
            <w:r>
              <w:rPr>
                <w:sz w:val="21"/>
              </w:rPr>
              <w:t>yandex</w:t>
            </w:r>
            <w:proofErr w:type="spellEnd"/>
            <w:r w:rsidRPr="00CA43D2">
              <w:rPr>
                <w:sz w:val="21"/>
                <w:lang w:val="ru-RU"/>
              </w:rPr>
              <w:t>.</w:t>
            </w:r>
            <w:proofErr w:type="spellStart"/>
            <w:r>
              <w:rPr>
                <w:sz w:val="21"/>
              </w:rPr>
              <w:t>ru</w:t>
            </w:r>
            <w:proofErr w:type="spellEnd"/>
          </w:p>
          <w:p w14:paraId="79A48487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Телефон: +7 916 448-60-2</w:t>
            </w:r>
            <w:r w:rsidRPr="00CA43D2">
              <w:rPr>
                <w:sz w:val="21"/>
                <w:lang w:val="ru-RU"/>
              </w:rPr>
              <w:t>1</w:t>
            </w:r>
          </w:p>
          <w:p w14:paraId="377D1D43" w14:textId="77777777" w:rsidR="007E16E9" w:rsidRPr="00CA43D2" w:rsidRDefault="007E16E9">
            <w:pPr>
              <w:spacing w:after="0" w:line="240" w:lineRule="auto"/>
              <w:rPr>
                <w:lang w:val="ru-RU"/>
              </w:rPr>
            </w:pPr>
          </w:p>
          <w:p w14:paraId="55D874AC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Конкурсный управляющий</w:t>
            </w:r>
          </w:p>
          <w:p w14:paraId="6C00C273" w14:textId="77777777" w:rsidR="007E16E9" w:rsidRPr="00CA43D2" w:rsidRDefault="00286CED">
            <w:pPr>
              <w:spacing w:after="0" w:line="240" w:lineRule="auto"/>
              <w:rPr>
                <w:lang w:val="ru-RU"/>
              </w:rPr>
            </w:pPr>
            <w:r w:rsidRPr="00CA43D2">
              <w:rPr>
                <w:sz w:val="21"/>
                <w:lang w:val="ru-RU"/>
              </w:rPr>
              <w:t>____________ / Федорова М.С. /</w:t>
            </w:r>
          </w:p>
          <w:p w14:paraId="7430990E" w14:textId="77777777" w:rsidR="007E16E9" w:rsidRDefault="00286CED">
            <w:pPr>
              <w:spacing w:after="0" w:line="240" w:lineRule="auto"/>
            </w:pPr>
            <w:r>
              <w:rPr>
                <w:sz w:val="21"/>
              </w:rPr>
              <w:t>М.П. (</w:t>
            </w:r>
            <w:proofErr w:type="spellStart"/>
            <w:r>
              <w:rPr>
                <w:sz w:val="21"/>
              </w:rPr>
              <w:t>при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наличии</w:t>
            </w:r>
            <w:proofErr w:type="spellEnd"/>
            <w:r>
              <w:rPr>
                <w:sz w:val="21"/>
              </w:rPr>
              <w:t>)</w:t>
            </w:r>
          </w:p>
        </w:tc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CA1DB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>ПОКУПАТЕЛЬ</w:t>
            </w:r>
            <w:r w:rsidRPr="00154776">
              <w:rPr>
                <w:sz w:val="22"/>
                <w:lang w:val="ru-RU"/>
              </w:rPr>
              <w:br/>
              <w:t>[Наименование / Ф.И.О.]</w:t>
            </w:r>
            <w:r w:rsidRPr="00154776">
              <w:rPr>
                <w:sz w:val="22"/>
                <w:lang w:val="ru-RU"/>
              </w:rPr>
              <w:br/>
              <w:t>ИНН [•] / КПП [•]</w:t>
            </w:r>
            <w:r w:rsidRPr="00154776">
              <w:rPr>
                <w:sz w:val="22"/>
                <w:lang w:val="ru-RU"/>
              </w:rPr>
              <w:br/>
              <w:t>ОГРН/ОГРНИП [•]</w:t>
            </w:r>
            <w:r w:rsidRPr="00154776">
              <w:rPr>
                <w:sz w:val="22"/>
                <w:lang w:val="ru-RU"/>
              </w:rPr>
              <w:br/>
              <w:t>Паспортные данные (для физического лица): [•]</w:t>
            </w:r>
            <w:r w:rsidRPr="00154776">
              <w:rPr>
                <w:sz w:val="22"/>
                <w:lang w:val="ru-RU"/>
              </w:rPr>
              <w:br/>
              <w:t>Адрес: [•]</w:t>
            </w:r>
            <w:r w:rsidRPr="00154776">
              <w:rPr>
                <w:sz w:val="22"/>
                <w:lang w:val="ru-RU"/>
              </w:rPr>
              <w:br/>
              <w:t>Адрес для корреспонденции: [•]</w:t>
            </w:r>
            <w:r w:rsidRPr="00154776">
              <w:rPr>
                <w:sz w:val="22"/>
                <w:lang w:val="ru-RU"/>
              </w:rPr>
              <w:br/>
              <w:t>р/с [•]</w:t>
            </w:r>
            <w:r w:rsidRPr="00154776">
              <w:rPr>
                <w:sz w:val="22"/>
                <w:lang w:val="ru-RU"/>
              </w:rPr>
              <w:br/>
              <w:t>Банк: [•]</w:t>
            </w:r>
            <w:r w:rsidRPr="00154776">
              <w:rPr>
                <w:sz w:val="22"/>
                <w:lang w:val="ru-RU"/>
              </w:rPr>
              <w:br/>
              <w:t>к/с [•]</w:t>
            </w:r>
            <w:r w:rsidRPr="00154776">
              <w:rPr>
                <w:sz w:val="22"/>
                <w:lang w:val="ru-RU"/>
              </w:rPr>
              <w:br/>
              <w:t>БИК [•]</w:t>
            </w:r>
            <w:r w:rsidRPr="00154776">
              <w:rPr>
                <w:sz w:val="22"/>
                <w:lang w:val="ru-RU"/>
              </w:rPr>
              <w:br/>
              <w:t>Электронная почта: [•]</w:t>
            </w:r>
            <w:r w:rsidRPr="00154776">
              <w:rPr>
                <w:sz w:val="22"/>
                <w:lang w:val="ru-RU"/>
              </w:rPr>
              <w:br/>
              <w:t>Телефон: [•]</w:t>
            </w:r>
            <w:r w:rsidRPr="00154776">
              <w:rPr>
                <w:sz w:val="22"/>
                <w:lang w:val="ru-RU"/>
              </w:rPr>
              <w:br/>
            </w:r>
            <w:r w:rsidRPr="00154776">
              <w:rPr>
                <w:sz w:val="22"/>
                <w:lang w:val="ru-RU"/>
              </w:rPr>
              <w:br/>
              <w:t>[Должность / представитель / лично]</w:t>
            </w:r>
            <w:r w:rsidRPr="00154776">
              <w:rPr>
                <w:sz w:val="22"/>
                <w:lang w:val="ru-RU"/>
              </w:rPr>
              <w:br/>
              <w:t>____________ / [Ф.И.О.] /</w:t>
            </w:r>
            <w:r w:rsidRPr="00154776">
              <w:rPr>
                <w:sz w:val="22"/>
                <w:lang w:val="ru-RU"/>
              </w:rPr>
              <w:br/>
              <w:t>М.П. (при наличии)</w:t>
            </w:r>
          </w:p>
        </w:tc>
      </w:tr>
    </w:tbl>
    <w:p w14:paraId="60663CFF" w14:textId="77777777" w:rsidR="007E16E9" w:rsidRPr="00CA43D2" w:rsidRDefault="00286CED">
      <w:pPr>
        <w:keepNext/>
        <w:pageBreakBefore/>
        <w:jc w:val="right"/>
        <w:rPr>
          <w:lang w:val="ru-RU"/>
        </w:rPr>
      </w:pPr>
      <w:r w:rsidRPr="00CA43D2">
        <w:rPr>
          <w:lang w:val="ru-RU"/>
        </w:rPr>
        <w:lastRenderedPageBreak/>
        <w:t>Приложение № 1</w:t>
      </w:r>
      <w:r w:rsidRPr="00CA43D2">
        <w:rPr>
          <w:lang w:val="ru-RU"/>
        </w:rPr>
        <w:br/>
        <w:t>к договору купли-продажи имущества</w:t>
      </w:r>
      <w:r w:rsidRPr="00CA43D2">
        <w:rPr>
          <w:lang w:val="ru-RU"/>
        </w:rPr>
        <w:br/>
        <w:t>№ [•] от «[•]» [•] 20[•] г.</w:t>
      </w:r>
    </w:p>
    <w:p w14:paraId="4D3EDB47" w14:textId="77777777" w:rsidR="007E16E9" w:rsidRPr="00CA43D2" w:rsidRDefault="00286CED">
      <w:pPr>
        <w:pStyle w:val="1"/>
        <w:rPr>
          <w:lang w:val="ru-RU"/>
        </w:rPr>
      </w:pPr>
      <w:r w:rsidRPr="00CA43D2">
        <w:rPr>
          <w:rFonts w:ascii="Times New Roman" w:eastAsia="Times New Roman" w:hAnsi="Times New Roman"/>
          <w:b w:val="0"/>
          <w:lang w:val="ru-RU"/>
        </w:rPr>
        <w:t xml:space="preserve">ПЕРЕЧЕНЬ ИМУЩЕСТВА В СОСТАВЕ </w:t>
      </w:r>
      <w:r w:rsidRPr="00CA43D2">
        <w:rPr>
          <w:rFonts w:ascii="Times New Roman" w:eastAsia="Times New Roman" w:hAnsi="Times New Roman"/>
          <w:b w:val="0"/>
          <w:lang w:val="ru-RU"/>
        </w:rPr>
        <w:t xml:space="preserve">ЛОТА № </w:t>
      </w:r>
      <w:r w:rsidRPr="00CA43D2">
        <w:rPr>
          <w:rFonts w:ascii="Times New Roman" w:eastAsia="Times New Roman" w:hAnsi="Times New Roman"/>
          <w:b w:val="0"/>
          <w:lang w:val="ru-RU"/>
        </w:rPr>
        <w:t>2 ТОРГОВ № 2</w:t>
      </w:r>
    </w:p>
    <w:p w14:paraId="7F6F080F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Указанные ниже объекты недвижимого и движимого имущества составляют единый смешанный лот № 2 Торгов № 2 и отчуждаются совместно.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5328"/>
        <w:gridCol w:w="936"/>
        <w:gridCol w:w="2520"/>
      </w:tblGrid>
      <w:tr w:rsidR="007E16E9" w:rsidRPr="00CA43D2" w14:paraId="5F7BFDE4" w14:textId="77777777">
        <w:trPr>
          <w:cantSplit/>
          <w:tblHeader/>
          <w:jc w:val="center"/>
        </w:trPr>
        <w:tc>
          <w:tcPr>
            <w:tcW w:w="57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51C6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b/>
                <w:sz w:val="19"/>
              </w:rPr>
              <w:t>№</w:t>
            </w:r>
          </w:p>
        </w:tc>
        <w:tc>
          <w:tcPr>
            <w:tcW w:w="5328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6FD6D1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b/>
                <w:sz w:val="19"/>
              </w:rPr>
              <w:t>Наименование</w:t>
            </w:r>
            <w:proofErr w:type="spellEnd"/>
            <w:r w:rsidRPr="00CA43D2">
              <w:rPr>
                <w:b/>
                <w:sz w:val="19"/>
              </w:rPr>
              <w:t xml:space="preserve"> и </w:t>
            </w:r>
            <w:proofErr w:type="spellStart"/>
            <w:r w:rsidRPr="00CA43D2">
              <w:rPr>
                <w:b/>
                <w:sz w:val="19"/>
              </w:rPr>
              <w:t>идентифицирующие</w:t>
            </w:r>
            <w:proofErr w:type="spellEnd"/>
            <w:r w:rsidRPr="00CA43D2">
              <w:rPr>
                <w:b/>
                <w:sz w:val="19"/>
              </w:rPr>
              <w:t xml:space="preserve"> </w:t>
            </w:r>
            <w:proofErr w:type="spellStart"/>
            <w:r w:rsidRPr="00CA43D2">
              <w:rPr>
                <w:b/>
                <w:sz w:val="19"/>
              </w:rPr>
              <w:t>признаки</w:t>
            </w:r>
            <w:proofErr w:type="spellEnd"/>
          </w:p>
        </w:tc>
        <w:tc>
          <w:tcPr>
            <w:tcW w:w="93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0CE44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b/>
                <w:sz w:val="19"/>
              </w:rPr>
              <w:t>Кол-во</w:t>
            </w:r>
            <w:proofErr w:type="spellEnd"/>
            <w:r w:rsidRPr="00CA43D2">
              <w:rPr>
                <w:b/>
                <w:sz w:val="19"/>
              </w:rPr>
              <w:t xml:space="preserve">, </w:t>
            </w:r>
            <w:proofErr w:type="spellStart"/>
            <w:r w:rsidRPr="00CA43D2">
              <w:rPr>
                <w:b/>
                <w:sz w:val="19"/>
              </w:rPr>
              <w:t>шт</w:t>
            </w:r>
            <w:proofErr w:type="spellEnd"/>
            <w:r w:rsidRPr="00CA43D2">
              <w:rPr>
                <w:b/>
                <w:sz w:val="19"/>
              </w:rPr>
              <w:t>.</w:t>
            </w:r>
          </w:p>
        </w:tc>
        <w:tc>
          <w:tcPr>
            <w:tcW w:w="2520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5E556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b/>
                <w:sz w:val="19"/>
              </w:rPr>
              <w:t>Обременение</w:t>
            </w:r>
            <w:proofErr w:type="spellEnd"/>
          </w:p>
        </w:tc>
      </w:tr>
      <w:tr w:rsidR="007E16E9" w:rsidRPr="00CA43D2" w14:paraId="197DEFDC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C7F204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9C434B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 xml:space="preserve">Нежилое помещение, этаж № 2, площадь 115,4 кв. м, кадастровый № 78:10:0005134:2470, адрес: г. Санкт-Петербург, Свердловская наб., д. 14/2, лит. </w:t>
            </w:r>
            <w:r w:rsidRPr="00CA43D2">
              <w:rPr>
                <w:sz w:val="19"/>
              </w:rPr>
              <w:t xml:space="preserve">А, </w:t>
            </w:r>
            <w:proofErr w:type="spellStart"/>
            <w:r w:rsidRPr="00CA43D2">
              <w:rPr>
                <w:sz w:val="19"/>
              </w:rPr>
              <w:t>пом</w:t>
            </w:r>
            <w:proofErr w:type="spellEnd"/>
            <w:r w:rsidRPr="00CA43D2">
              <w:rPr>
                <w:sz w:val="19"/>
              </w:rPr>
              <w:t>. 11-Н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CE64C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FDA3B4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Залог</w:t>
            </w:r>
            <w:proofErr w:type="spellEnd"/>
            <w:r w:rsidRPr="00CA43D2">
              <w:rPr>
                <w:sz w:val="18"/>
              </w:rPr>
              <w:t xml:space="preserve"> АО КБ «</w:t>
            </w:r>
            <w:proofErr w:type="spellStart"/>
            <w:r w:rsidRPr="00CA43D2">
              <w:rPr>
                <w:sz w:val="18"/>
              </w:rPr>
              <w:t>Солидарность</w:t>
            </w:r>
            <w:proofErr w:type="spellEnd"/>
            <w:r w:rsidRPr="00CA43D2">
              <w:rPr>
                <w:sz w:val="18"/>
              </w:rPr>
              <w:t>»</w:t>
            </w:r>
          </w:p>
        </w:tc>
      </w:tr>
      <w:tr w:rsidR="007E16E9" w:rsidRPr="00CA43D2" w14:paraId="690CC2A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778A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B8AB0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Стол асимметричный «Берлин» левый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37000186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43F60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6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1043FA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1D80362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93A19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AABE14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Стол асимметричный «Берлин» правый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37000187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ABCC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395BB5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1C03483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A325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9E19C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Тумба приставная «Берлин» левая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37000189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10BBD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6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C4B59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E5E4963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5FFE8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73B47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Тумба приставная «Берлин» правая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37000192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9DE0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74DBF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924A55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32533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FA013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Шкаф полуоткрытый высокий «Берлин»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37000191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9CE818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0E6D6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8E5B8E0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E7CF5A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0A73F5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Видеодомофон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Commax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37000193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F43B0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48DEE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C21A604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26C47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309FDC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 xml:space="preserve">Кондиционер </w:t>
            </w:r>
            <w:proofErr w:type="spellStart"/>
            <w:r w:rsidRPr="00CA43D2">
              <w:rPr>
                <w:sz w:val="19"/>
              </w:rPr>
              <w:t>Kentatsu</w:t>
            </w:r>
            <w:proofErr w:type="spellEnd"/>
            <w:r w:rsidRPr="00CA43D2">
              <w:rPr>
                <w:sz w:val="19"/>
                <w:lang w:val="ru-RU"/>
              </w:rPr>
              <w:t xml:space="preserve"> </w:t>
            </w:r>
            <w:r w:rsidRPr="00CA43D2">
              <w:rPr>
                <w:sz w:val="19"/>
              </w:rPr>
              <w:t>KSGR</w:t>
            </w:r>
            <w:r w:rsidRPr="00CA43D2">
              <w:rPr>
                <w:sz w:val="19"/>
                <w:lang w:val="ru-RU"/>
              </w:rPr>
              <w:t>26</w:t>
            </w:r>
            <w:r w:rsidRPr="00CA43D2">
              <w:rPr>
                <w:sz w:val="19"/>
              </w:rPr>
              <w:t>HFAN</w:t>
            </w:r>
            <w:r w:rsidRPr="00CA43D2">
              <w:rPr>
                <w:sz w:val="19"/>
                <w:lang w:val="ru-RU"/>
              </w:rPr>
              <w:t>1 с внешним блоком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37000198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717A04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29CAF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93FE12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AA30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CE02B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Стол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письменный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серый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37000199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093EF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81F26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D00092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AD61A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8C86C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Шкаф открытый высокий «Берлин»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37000200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D8EE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E0328C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1D1A15DB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BE8B3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CAD21A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Стол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письменный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белый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37000201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AF653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8C7EA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29BC02C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52EB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9E80F2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 xml:space="preserve">Кондиционер </w:t>
            </w:r>
            <w:proofErr w:type="spellStart"/>
            <w:r w:rsidRPr="00CA43D2">
              <w:rPr>
                <w:sz w:val="19"/>
              </w:rPr>
              <w:t>Kentatsu</w:t>
            </w:r>
            <w:proofErr w:type="spellEnd"/>
            <w:r w:rsidRPr="00CA43D2">
              <w:rPr>
                <w:sz w:val="19"/>
                <w:lang w:val="ru-RU"/>
              </w:rPr>
              <w:t xml:space="preserve"> </w:t>
            </w:r>
            <w:r w:rsidRPr="00CA43D2">
              <w:rPr>
                <w:sz w:val="19"/>
              </w:rPr>
              <w:t>KSGR</w:t>
            </w:r>
            <w:r w:rsidRPr="00CA43D2">
              <w:rPr>
                <w:sz w:val="19"/>
                <w:lang w:val="ru-RU"/>
              </w:rPr>
              <w:t>35</w:t>
            </w:r>
            <w:r w:rsidRPr="00CA43D2">
              <w:rPr>
                <w:sz w:val="19"/>
              </w:rPr>
              <w:t>HFAN</w:t>
            </w:r>
            <w:r w:rsidRPr="00CA43D2">
              <w:rPr>
                <w:sz w:val="19"/>
                <w:lang w:val="ru-RU"/>
              </w:rPr>
              <w:t xml:space="preserve">1 с внешним </w:t>
            </w:r>
            <w:r w:rsidRPr="00CA43D2">
              <w:rPr>
                <w:sz w:val="19"/>
                <w:lang w:val="ru-RU"/>
              </w:rPr>
              <w:t>блоком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37000203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5828D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E55BC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9195D7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83EA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7C75D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</w:rPr>
              <w:t>Монитор Samsung S24F354FHI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37000206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7ED9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2732E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2D30519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3691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33614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 xml:space="preserve">Кондиционер </w:t>
            </w:r>
            <w:proofErr w:type="spellStart"/>
            <w:r w:rsidRPr="00CA43D2">
              <w:rPr>
                <w:sz w:val="19"/>
              </w:rPr>
              <w:t>Kentatsu</w:t>
            </w:r>
            <w:proofErr w:type="spellEnd"/>
            <w:r w:rsidRPr="00CA43D2">
              <w:rPr>
                <w:sz w:val="19"/>
                <w:lang w:val="ru-RU"/>
              </w:rPr>
              <w:t xml:space="preserve"> </w:t>
            </w:r>
            <w:r w:rsidRPr="00CA43D2">
              <w:rPr>
                <w:sz w:val="19"/>
              </w:rPr>
              <w:t>KSGR</w:t>
            </w:r>
            <w:r w:rsidRPr="00CA43D2">
              <w:rPr>
                <w:sz w:val="19"/>
                <w:lang w:val="ru-RU"/>
              </w:rPr>
              <w:t>21</w:t>
            </w:r>
            <w:r w:rsidRPr="00CA43D2">
              <w:rPr>
                <w:sz w:val="19"/>
              </w:rPr>
              <w:t>HFAN</w:t>
            </w:r>
            <w:r w:rsidRPr="00CA43D2">
              <w:rPr>
                <w:sz w:val="19"/>
                <w:lang w:val="ru-RU"/>
              </w:rPr>
              <w:t>1 с внешним блоком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37000211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E62E0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3FB67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5C48E66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B7106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C431C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Шкаф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напольный</w:t>
            </w:r>
            <w:proofErr w:type="spellEnd"/>
            <w:r w:rsidRPr="00CA43D2">
              <w:rPr>
                <w:sz w:val="19"/>
              </w:rPr>
              <w:t xml:space="preserve"> 42U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 xml:space="preserve">. № </w:t>
            </w:r>
            <w:r w:rsidRPr="00CA43D2">
              <w:rPr>
                <w:sz w:val="19"/>
              </w:rPr>
              <w:t>37000212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77C43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6F02F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5C2954D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B16FE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DF380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</w:rPr>
              <w:t>Монитор Philips 193V5L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37000213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35E9F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F1F3F9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74CA57E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A7F36D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326F19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Табурет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оранжевый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37000215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CC50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6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FB187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C6218E0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9B9DFA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83DF0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Шкаф для документов закрытый белый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37000219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CE9E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6AC05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48BAEEB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13A25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05F27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 xml:space="preserve">Шкаф </w:t>
            </w:r>
            <w:r w:rsidRPr="00CA43D2">
              <w:rPr>
                <w:sz w:val="19"/>
                <w:lang w:val="ru-RU"/>
              </w:rPr>
              <w:t>открытый высокий «Берлин»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37000222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4F4078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92B9C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D297DC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4C3AA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lastRenderedPageBreak/>
              <w:t>20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B31ACA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Вешалка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напольная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37000223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77C8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11AD13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2E493F4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CC21C1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79B64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Встроенный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шкаф-купе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37000224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1209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C5C2E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1D44AA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E711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4A24C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Кухонный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гарнитур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37000225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3008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57D006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3C1E0C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FAACD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849AC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Микроволновая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печь</w:t>
            </w:r>
            <w:proofErr w:type="spellEnd"/>
            <w:r w:rsidRPr="00CA43D2">
              <w:rPr>
                <w:sz w:val="19"/>
              </w:rPr>
              <w:t xml:space="preserve"> Daewoo Electronics KOR-5A07G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37000226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F3C1B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18B83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8948AEC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A175D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BF28C9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Стол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обеденный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37000227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C68A8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97D35D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2FB5240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26E8E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809DC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Шкаф полуоткрытый высокий «Берлин»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37000234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F39AE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48C3F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E8BFEA4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403E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8662DA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Тумба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для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оргтехники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37000235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B05EE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6F7944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21E91A3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B4CAB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D1D979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Тумба приставная, четыре ящика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37000237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0CE9F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5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539789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02B5D24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9F99B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881EE" w14:textId="77777777" w:rsidR="007E16E9" w:rsidRPr="00CA43D2" w:rsidRDefault="00286CED">
            <w:pPr>
              <w:spacing w:after="0" w:line="240" w:lineRule="auto"/>
            </w:pPr>
            <w:r w:rsidRPr="00CA43D2">
              <w:rPr>
                <w:sz w:val="19"/>
                <w:lang w:val="ru-RU"/>
              </w:rPr>
              <w:t>Прямоугольная перегородка с кронштейнами</w:t>
            </w:r>
            <w:r w:rsidRPr="00CA43D2">
              <w:rPr>
                <w:sz w:val="19"/>
                <w:lang w:val="ru-RU"/>
              </w:rPr>
              <w:br/>
              <w:t xml:space="preserve">Инв. </w:t>
            </w:r>
            <w:r w:rsidRPr="00CA43D2">
              <w:rPr>
                <w:sz w:val="19"/>
              </w:rPr>
              <w:t>№ 37000239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D64C0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0ED2B1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C22D1FC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1B38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604C69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Стул</w:t>
            </w:r>
            <w:proofErr w:type="spellEnd"/>
            <w:r w:rsidRPr="00CA43D2">
              <w:rPr>
                <w:sz w:val="19"/>
              </w:rPr>
              <w:t xml:space="preserve"> ИЗО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37000245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01BE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A6860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97D16F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EA9B6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2153A8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Стул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кухонный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37000247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311C7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1DA62F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6699AC5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6DCEA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60AD8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Стол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эргономичный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левый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37000249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CAFAD3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056252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:rsidRPr="00CA43D2" w14:paraId="311A5FAB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749909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FC08B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Стол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эргономичный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правый</w:t>
            </w:r>
            <w:proofErr w:type="spellEnd"/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37000250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2A58E8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18FE6" w14:textId="77777777" w:rsidR="007E16E9" w:rsidRPr="00CA43D2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  <w:tr w:rsidR="007E16E9" w14:paraId="2FF49474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4F94A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33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C6161" w14:textId="77777777" w:rsidR="007E16E9" w:rsidRPr="00CA43D2" w:rsidRDefault="00286CED">
            <w:pPr>
              <w:spacing w:after="0" w:line="240" w:lineRule="auto"/>
            </w:pPr>
            <w:proofErr w:type="spellStart"/>
            <w:r w:rsidRPr="00CA43D2">
              <w:rPr>
                <w:sz w:val="19"/>
              </w:rPr>
              <w:t>Посудомоечная</w:t>
            </w:r>
            <w:proofErr w:type="spellEnd"/>
            <w:r w:rsidRPr="00CA43D2">
              <w:rPr>
                <w:sz w:val="19"/>
              </w:rPr>
              <w:t xml:space="preserve"> </w:t>
            </w:r>
            <w:proofErr w:type="spellStart"/>
            <w:r w:rsidRPr="00CA43D2">
              <w:rPr>
                <w:sz w:val="19"/>
              </w:rPr>
              <w:t>машина</w:t>
            </w:r>
            <w:proofErr w:type="spellEnd"/>
            <w:r w:rsidRPr="00CA43D2">
              <w:rPr>
                <w:sz w:val="19"/>
              </w:rPr>
              <w:t xml:space="preserve"> </w:t>
            </w:r>
            <w:r w:rsidRPr="00CA43D2">
              <w:rPr>
                <w:sz w:val="19"/>
              </w:rPr>
              <w:t>Electrolux ESL4131</w:t>
            </w:r>
            <w:r w:rsidRPr="00CA43D2">
              <w:rPr>
                <w:sz w:val="19"/>
              </w:rPr>
              <w:br/>
            </w:r>
            <w:proofErr w:type="spellStart"/>
            <w:r w:rsidRPr="00CA43D2">
              <w:rPr>
                <w:sz w:val="19"/>
              </w:rPr>
              <w:t>Инв</w:t>
            </w:r>
            <w:proofErr w:type="spellEnd"/>
            <w:r w:rsidRPr="00CA43D2">
              <w:rPr>
                <w:sz w:val="19"/>
              </w:rPr>
              <w:t>. № 37000261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08362" w14:textId="77777777" w:rsidR="007E16E9" w:rsidRPr="00CA43D2" w:rsidRDefault="00286CED">
            <w:pPr>
              <w:spacing w:after="0" w:line="240" w:lineRule="auto"/>
              <w:jc w:val="center"/>
            </w:pPr>
            <w:r w:rsidRPr="00CA43D2">
              <w:rPr>
                <w:sz w:val="19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1D0278" w14:textId="77777777" w:rsidR="007E16E9" w:rsidRDefault="00286CED">
            <w:pPr>
              <w:spacing w:after="0" w:line="240" w:lineRule="auto"/>
              <w:jc w:val="center"/>
            </w:pPr>
            <w:proofErr w:type="spellStart"/>
            <w:r w:rsidRPr="00CA43D2">
              <w:rPr>
                <w:sz w:val="18"/>
              </w:rPr>
              <w:t>Незалоговое</w:t>
            </w:r>
            <w:proofErr w:type="spellEnd"/>
            <w:r w:rsidRPr="00CA43D2">
              <w:rPr>
                <w:sz w:val="18"/>
              </w:rPr>
              <w:t xml:space="preserve"> </w:t>
            </w:r>
            <w:proofErr w:type="spellStart"/>
            <w:r w:rsidRPr="00CA43D2">
              <w:rPr>
                <w:sz w:val="18"/>
              </w:rPr>
              <w:t>имущество</w:t>
            </w:r>
            <w:proofErr w:type="spellEnd"/>
          </w:p>
        </w:tc>
      </w:tr>
    </w:tbl>
    <w:p w14:paraId="54EFFE7B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Место нахождения Имущества: г. Санкт-Петербург, Свердловская наб., д. 14/2, лит. А, пом. 11-Н</w:t>
      </w:r>
    </w:p>
    <w:p w14:paraId="16029472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 xml:space="preserve">Начальная цена лота - 12 738 231,00 руб. без НДС, в том числе Залоговая часть - 12 470 000,00 </w:t>
      </w:r>
      <w:r w:rsidRPr="00CA43D2">
        <w:rPr>
          <w:lang w:val="ru-RU"/>
        </w:rPr>
        <w:t xml:space="preserve">руб., </w:t>
      </w:r>
      <w:proofErr w:type="spellStart"/>
      <w:r w:rsidRPr="00CA43D2">
        <w:rPr>
          <w:lang w:val="ru-RU"/>
        </w:rPr>
        <w:t>Незалоговая</w:t>
      </w:r>
      <w:proofErr w:type="spellEnd"/>
      <w:r w:rsidRPr="00CA43D2">
        <w:rPr>
          <w:lang w:val="ru-RU"/>
        </w:rPr>
        <w:t xml:space="preserve"> часть - 268 231,00 руб. Цена продажи определяется по результатам торгов и распределяется между частями Лота по пункту 2.1.1 Договора.</w:t>
      </w:r>
    </w:p>
    <w:p w14:paraId="7C059222" w14:textId="77777777" w:rsidR="007E16E9" w:rsidRPr="00CA43D2" w:rsidRDefault="00286CED">
      <w:pPr>
        <w:keepNext/>
        <w:keepLines/>
        <w:tabs>
          <w:tab w:val="left" w:pos="4968"/>
        </w:tabs>
        <w:rPr>
          <w:lang w:val="ru-RU"/>
        </w:rPr>
      </w:pPr>
      <w:r w:rsidRPr="00CA43D2">
        <w:rPr>
          <w:b/>
          <w:lang w:val="ru-RU"/>
        </w:rPr>
        <w:t>ПРОДАВЕЦ</w:t>
      </w:r>
      <w:r w:rsidRPr="00CA43D2">
        <w:rPr>
          <w:b/>
          <w:lang w:val="ru-RU"/>
        </w:rPr>
        <w:tab/>
        <w:t>ПОКУПАТЕЛЬ</w:t>
      </w:r>
    </w:p>
    <w:p w14:paraId="7CC40F72" w14:textId="77777777" w:rsidR="007E16E9" w:rsidRPr="00CA43D2" w:rsidRDefault="00286CED">
      <w:pPr>
        <w:keepNext/>
        <w:keepLines/>
        <w:tabs>
          <w:tab w:val="left" w:pos="4968"/>
        </w:tabs>
        <w:rPr>
          <w:lang w:val="ru-RU"/>
        </w:rPr>
      </w:pPr>
      <w:r w:rsidRPr="00CA43D2">
        <w:rPr>
          <w:lang w:val="ru-RU"/>
        </w:rPr>
        <w:t>Конкурсный управляющий</w:t>
      </w:r>
      <w:r w:rsidRPr="00CA43D2">
        <w:rPr>
          <w:lang w:val="ru-RU"/>
        </w:rPr>
        <w:tab/>
        <w:t>[•]</w:t>
      </w:r>
    </w:p>
    <w:p w14:paraId="0891743D" w14:textId="77777777" w:rsidR="007E16E9" w:rsidRPr="00CA43D2" w:rsidRDefault="00286CED">
      <w:pPr>
        <w:keepLines/>
        <w:tabs>
          <w:tab w:val="left" w:pos="4968"/>
        </w:tabs>
        <w:rPr>
          <w:lang w:val="ru-RU"/>
        </w:rPr>
      </w:pPr>
      <w:r w:rsidRPr="00CA43D2">
        <w:rPr>
          <w:lang w:val="ru-RU"/>
        </w:rPr>
        <w:t>____________ / Федорова М.С. /</w:t>
      </w:r>
      <w:r w:rsidRPr="00CA43D2">
        <w:rPr>
          <w:lang w:val="ru-RU"/>
        </w:rPr>
        <w:tab/>
        <w:t>____________ / [Ф.И.О.] /</w:t>
      </w:r>
    </w:p>
    <w:p w14:paraId="4F250A52" w14:textId="77777777" w:rsidR="007E16E9" w:rsidRPr="00CA43D2" w:rsidRDefault="00286CED">
      <w:pPr>
        <w:keepNext/>
        <w:pageBreakBefore/>
        <w:jc w:val="right"/>
        <w:rPr>
          <w:lang w:val="ru-RU"/>
        </w:rPr>
      </w:pPr>
      <w:r w:rsidRPr="00CA43D2">
        <w:rPr>
          <w:lang w:val="ru-RU"/>
        </w:rPr>
        <w:lastRenderedPageBreak/>
        <w:t>Приложение № 2</w:t>
      </w:r>
      <w:r w:rsidRPr="00CA43D2">
        <w:rPr>
          <w:lang w:val="ru-RU"/>
        </w:rPr>
        <w:br/>
        <w:t>к договору купли-продажи имущества</w:t>
      </w:r>
      <w:r w:rsidRPr="00CA43D2">
        <w:rPr>
          <w:lang w:val="ru-RU"/>
        </w:rPr>
        <w:br/>
        <w:t>№ [•] от «[•]» [•] 20[•] г.</w:t>
      </w:r>
    </w:p>
    <w:p w14:paraId="5B09D48A" w14:textId="77777777" w:rsidR="007E16E9" w:rsidRPr="00CA43D2" w:rsidRDefault="00286CED">
      <w:pPr>
        <w:pStyle w:val="1"/>
        <w:rPr>
          <w:lang w:val="ru-RU"/>
        </w:rPr>
      </w:pPr>
      <w:r w:rsidRPr="00CA43D2">
        <w:rPr>
          <w:rFonts w:ascii="Times New Roman" w:eastAsia="Times New Roman" w:hAnsi="Times New Roman"/>
          <w:b w:val="0"/>
          <w:lang w:val="ru-RU"/>
        </w:rPr>
        <w:t>АКТ ПРИЕМА-ПЕРЕДАЧИ ИМУЩЕСТВА</w:t>
      </w:r>
    </w:p>
    <w:p w14:paraId="232B896D" w14:textId="333D8A2E" w:rsidR="007E16E9" w:rsidRDefault="00286CED">
      <w:pPr>
        <w:tabs>
          <w:tab w:val="right" w:pos="9288"/>
        </w:tabs>
        <w:rPr>
          <w:lang w:val="ru-RU"/>
        </w:rPr>
      </w:pPr>
      <w:r w:rsidRPr="00CA43D2">
        <w:rPr>
          <w:lang w:val="ru-RU"/>
        </w:rPr>
        <w:t>г. Санкт-Петербург</w:t>
      </w:r>
      <w:r w:rsidRPr="00CA43D2">
        <w:rPr>
          <w:lang w:val="ru-RU"/>
        </w:rPr>
        <w:tab/>
        <w:t>«[•]» [•] 20[•] г.</w:t>
      </w:r>
    </w:p>
    <w:p w14:paraId="5AEADEC0" w14:textId="77777777" w:rsidR="00CA43D2" w:rsidRPr="00CA43D2" w:rsidRDefault="00CA43D2">
      <w:pPr>
        <w:tabs>
          <w:tab w:val="right" w:pos="9288"/>
        </w:tabs>
        <w:rPr>
          <w:lang w:val="ru-RU"/>
        </w:rPr>
      </w:pPr>
    </w:p>
    <w:p w14:paraId="5843E586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 xml:space="preserve">ООО «Инженерный центр «Энергия» (ИНН 3702062476, ОГРН 1043700101257), именуемое «Продавец», в лице </w:t>
      </w:r>
      <w:r w:rsidRPr="00CA43D2">
        <w:rPr>
          <w:lang w:val="ru-RU"/>
        </w:rPr>
        <w:t>конкурсного управляющего Федоровой Марии Сергеевны, действующей на основании решения Арбитражного суда города Санкт-Петербурга и Ленинградской области от 09.03.2026 по делу № А56-105876/2024, и [наименование / Ф.И.О. Покупателя], именуемый(</w:t>
      </w:r>
      <w:proofErr w:type="spellStart"/>
      <w:r w:rsidRPr="00CA43D2">
        <w:rPr>
          <w:lang w:val="ru-RU"/>
        </w:rPr>
        <w:t>ое</w:t>
      </w:r>
      <w:proofErr w:type="spellEnd"/>
      <w:r w:rsidRPr="00CA43D2">
        <w:rPr>
          <w:lang w:val="ru-RU"/>
        </w:rPr>
        <w:t>) «Покупатель»</w:t>
      </w:r>
      <w:r w:rsidRPr="00CA43D2">
        <w:rPr>
          <w:lang w:val="ru-RU"/>
        </w:rPr>
        <w:t>, в лице [•], действующего на основании [•] (при подписании представителем), составили настоящий акт к договору купли-продажи имущества № [•] от «[•]» [•] 20[•] г. (далее - «Договор») о нижеследующем:</w:t>
      </w:r>
    </w:p>
    <w:p w14:paraId="3FC93818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1. Продавец передал, а Покупатель принял в полном соста</w:t>
      </w:r>
      <w:r w:rsidRPr="00CA43D2">
        <w:rPr>
          <w:lang w:val="ru-RU"/>
        </w:rPr>
        <w:t xml:space="preserve">ве </w:t>
      </w:r>
      <w:r w:rsidRPr="00CA43D2">
        <w:rPr>
          <w:lang w:val="ru-RU"/>
        </w:rPr>
        <w:t>Лот</w:t>
      </w:r>
      <w:r w:rsidRPr="00CA43D2">
        <w:rPr>
          <w:lang w:val="ru-RU"/>
        </w:rPr>
        <w:t xml:space="preserve"> № </w:t>
      </w:r>
      <w:r w:rsidRPr="00CA43D2">
        <w:rPr>
          <w:lang w:val="ru-RU"/>
        </w:rPr>
        <w:t>2 Торгов № 2</w:t>
      </w:r>
      <w:r w:rsidRPr="00CA43D2">
        <w:rPr>
          <w:lang w:val="ru-RU"/>
        </w:rPr>
        <w:t xml:space="preserve">, </w:t>
      </w:r>
      <w:r w:rsidRPr="00CA43D2">
        <w:rPr>
          <w:lang w:val="ru-RU"/>
        </w:rPr>
        <w:t>имущество которого перечислено</w:t>
      </w:r>
      <w:r w:rsidRPr="00CA43D2">
        <w:rPr>
          <w:lang w:val="ru-RU"/>
        </w:rPr>
        <w:t xml:space="preserve"> в Приложении № 1 к Договору. Наименования</w:t>
      </w:r>
      <w:r w:rsidRPr="00CA43D2">
        <w:rPr>
          <w:lang w:val="ru-RU"/>
        </w:rPr>
        <w:t>, кадастровые</w:t>
      </w:r>
      <w:r w:rsidRPr="00CA43D2">
        <w:rPr>
          <w:lang w:val="ru-RU"/>
        </w:rPr>
        <w:t>, инвентарные и заводские номера переданного Имущества соответствуют Приложению № 1 к Договору.</w:t>
      </w:r>
    </w:p>
    <w:p w14:paraId="2579D892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2. Имущество передано по месту его нахождения</w:t>
      </w:r>
      <w:r w:rsidRPr="00CA43D2">
        <w:rPr>
          <w:lang w:val="ru-RU"/>
        </w:rPr>
        <w:t>, указа</w:t>
      </w:r>
      <w:r w:rsidRPr="00CA43D2">
        <w:rPr>
          <w:lang w:val="ru-RU"/>
        </w:rPr>
        <w:t>нному в Приложении № 1 к Договору</w:t>
      </w:r>
      <w:r w:rsidRPr="00CA43D2">
        <w:rPr>
          <w:lang w:val="ru-RU"/>
        </w:rPr>
        <w:t>.</w:t>
      </w:r>
    </w:p>
    <w:p w14:paraId="4E762970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3. Цена Имущества по Договору составляет [сумма цифрами] ([сумма прописью]) рублей [•] копеек, без НДС. Продавец подтверждает полную оплату Имущества с учетом зачета задатка</w:t>
      </w:r>
      <w:r w:rsidRPr="00CA43D2">
        <w:rPr>
          <w:lang w:val="ru-RU"/>
        </w:rPr>
        <w:t xml:space="preserve">. Для смешанного лота платежи по Залоговой и </w:t>
      </w:r>
      <w:proofErr w:type="spellStart"/>
      <w:r w:rsidRPr="00CA43D2">
        <w:rPr>
          <w:lang w:val="ru-RU"/>
        </w:rPr>
        <w:t>Нез</w:t>
      </w:r>
      <w:r w:rsidRPr="00CA43D2">
        <w:rPr>
          <w:lang w:val="ru-RU"/>
        </w:rPr>
        <w:t>алоговой</w:t>
      </w:r>
      <w:proofErr w:type="spellEnd"/>
      <w:r w:rsidRPr="00CA43D2">
        <w:rPr>
          <w:lang w:val="ru-RU"/>
        </w:rPr>
        <w:t xml:space="preserve"> частям поступили на соответствующие счета Продавца</w:t>
      </w:r>
      <w:r w:rsidRPr="00CA43D2">
        <w:rPr>
          <w:lang w:val="ru-RU"/>
        </w:rPr>
        <w:t>. Дата полной оплаты: «[•]» [•] 20[•] г. Реквизиты подтверждающих платежных документов: [•].</w:t>
      </w:r>
    </w:p>
    <w:p w14:paraId="262083B5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4. При приемке Покупатель осмотрел Имущество, проверил его состав, идентифицирующие признаки, комплектно</w:t>
      </w:r>
      <w:r w:rsidRPr="00CA43D2">
        <w:rPr>
          <w:lang w:val="ru-RU"/>
        </w:rPr>
        <w:t>сть и фактическое состояние с учетом сведений Приложения № 1 и пункта 3.4 Договора. Замечания по результатам приемки отсутствуют.</w:t>
      </w:r>
    </w:p>
    <w:p w14:paraId="48697E4F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5. Одновременно с Имуществом переданы имеющиеся документы и принадлежности: [•].</w:t>
      </w:r>
    </w:p>
    <w:p w14:paraId="121F8873" w14:textId="77777777" w:rsidR="007E16E9" w:rsidRPr="00CA43D2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>6. С момента подписания настоящего Акта к Пок</w:t>
      </w:r>
      <w:r w:rsidRPr="00CA43D2">
        <w:rPr>
          <w:lang w:val="ru-RU"/>
        </w:rPr>
        <w:t xml:space="preserve">упателю переходят риск случайной гибели или случайного повреждения </w:t>
      </w:r>
      <w:r w:rsidRPr="00CA43D2">
        <w:rPr>
          <w:lang w:val="ru-RU"/>
        </w:rPr>
        <w:t>Имущества и право собственности на движимое имущество</w:t>
      </w:r>
      <w:r w:rsidRPr="00CA43D2">
        <w:rPr>
          <w:lang w:val="ru-RU"/>
        </w:rPr>
        <w:t xml:space="preserve">. </w:t>
      </w:r>
      <w:r w:rsidRPr="00CA43D2">
        <w:rPr>
          <w:lang w:val="ru-RU"/>
        </w:rPr>
        <w:t>Право собственности на недвижимое имущество переходит к Покупателю с момента государственной регистрации перехода права. Демонтаж, пог</w:t>
      </w:r>
      <w:r w:rsidRPr="00CA43D2">
        <w:rPr>
          <w:lang w:val="ru-RU"/>
        </w:rPr>
        <w:t>рузка и вывоз движимого имущества</w:t>
      </w:r>
      <w:r w:rsidRPr="00CA43D2">
        <w:rPr>
          <w:lang w:val="ru-RU"/>
        </w:rPr>
        <w:t xml:space="preserve"> Покупатель осуществляет за свой счет в порядке и срок, установленные разделом 4 Договора.</w:t>
      </w:r>
    </w:p>
    <w:p w14:paraId="5EC25EE5" w14:textId="7F7055FF" w:rsidR="007E16E9" w:rsidRDefault="00286CED" w:rsidP="00CA43D2">
      <w:pPr>
        <w:jc w:val="both"/>
        <w:rPr>
          <w:lang w:val="ru-RU"/>
        </w:rPr>
      </w:pPr>
      <w:r w:rsidRPr="00CA43D2">
        <w:rPr>
          <w:lang w:val="ru-RU"/>
        </w:rPr>
        <w:t xml:space="preserve">7. Настоящий Акт является неотъемлемой частью Договора и составлен в двух экземплярах равной юридической силы, по одному для каждой </w:t>
      </w:r>
      <w:r w:rsidRPr="00CA43D2">
        <w:rPr>
          <w:lang w:val="ru-RU"/>
        </w:rPr>
        <w:t>Стороны.</w:t>
      </w:r>
    </w:p>
    <w:p w14:paraId="13A00735" w14:textId="77777777" w:rsidR="00CA43D2" w:rsidRPr="00CA43D2" w:rsidRDefault="00CA43D2" w:rsidP="00CA43D2">
      <w:pPr>
        <w:jc w:val="both"/>
        <w:rPr>
          <w:lang w:val="ru-RU"/>
        </w:rPr>
      </w:pPr>
    </w:p>
    <w:p w14:paraId="61BF5D18" w14:textId="77777777" w:rsidR="007E16E9" w:rsidRPr="00CA43D2" w:rsidRDefault="00286CED">
      <w:pPr>
        <w:tabs>
          <w:tab w:val="left" w:pos="4968"/>
        </w:tabs>
        <w:rPr>
          <w:lang w:val="ru-RU"/>
        </w:rPr>
      </w:pPr>
      <w:r w:rsidRPr="00CA43D2">
        <w:rPr>
          <w:b/>
          <w:lang w:val="ru-RU"/>
        </w:rPr>
        <w:t>ПРОДАВЕЦ</w:t>
      </w:r>
      <w:r w:rsidRPr="00CA43D2">
        <w:rPr>
          <w:b/>
          <w:lang w:val="ru-RU"/>
        </w:rPr>
        <w:tab/>
        <w:t>ПОКУПАТЕЛЬ</w:t>
      </w:r>
    </w:p>
    <w:p w14:paraId="05633CC3" w14:textId="77777777" w:rsidR="007E16E9" w:rsidRPr="00CA43D2" w:rsidRDefault="00286CED">
      <w:pPr>
        <w:tabs>
          <w:tab w:val="left" w:pos="4968"/>
        </w:tabs>
        <w:rPr>
          <w:lang w:val="ru-RU"/>
        </w:rPr>
      </w:pPr>
      <w:r w:rsidRPr="00CA43D2">
        <w:rPr>
          <w:lang w:val="ru-RU"/>
        </w:rPr>
        <w:t>Конкурсный управляющий</w:t>
      </w:r>
      <w:r w:rsidRPr="00CA43D2">
        <w:rPr>
          <w:lang w:val="ru-RU"/>
        </w:rPr>
        <w:tab/>
        <w:t>[•]</w:t>
      </w:r>
    </w:p>
    <w:p w14:paraId="4B1EAC8D" w14:textId="77777777" w:rsidR="007E16E9" w:rsidRPr="00CA43D2" w:rsidRDefault="00286CED">
      <w:pPr>
        <w:tabs>
          <w:tab w:val="left" w:pos="4968"/>
        </w:tabs>
        <w:rPr>
          <w:lang w:val="ru-RU"/>
        </w:rPr>
      </w:pPr>
      <w:r w:rsidRPr="00CA43D2">
        <w:rPr>
          <w:lang w:val="ru-RU"/>
        </w:rPr>
        <w:t>____________ / Федорова М.С. /</w:t>
      </w:r>
      <w:r w:rsidRPr="00CA43D2">
        <w:rPr>
          <w:lang w:val="ru-RU"/>
        </w:rPr>
        <w:tab/>
        <w:t>____________ / [Ф.И.О.] /</w:t>
      </w:r>
    </w:p>
    <w:sectPr w:rsidR="007E16E9" w:rsidRPr="00CA43D2" w:rsidSect="00034616">
      <w:footerReference w:type="default" r:id="rId8"/>
      <w:pgSz w:w="11906" w:h="16838"/>
      <w:pgMar w:top="1134" w:right="850" w:bottom="1134" w:left="170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F6F34" w14:textId="77777777" w:rsidR="00286CED" w:rsidRDefault="00286CED">
      <w:pPr>
        <w:spacing w:after="0" w:line="240" w:lineRule="auto"/>
      </w:pPr>
      <w:r>
        <w:separator/>
      </w:r>
    </w:p>
  </w:endnote>
  <w:endnote w:type="continuationSeparator" w:id="0">
    <w:p w14:paraId="36FD43C0" w14:textId="77777777" w:rsidR="00286CED" w:rsidRDefault="00286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1FDD" w14:textId="77777777" w:rsidR="009F60A0" w:rsidRDefault="000B318D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1547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A4645" w14:textId="77777777" w:rsidR="00286CED" w:rsidRDefault="00286CED">
      <w:pPr>
        <w:spacing w:after="0" w:line="240" w:lineRule="auto"/>
      </w:pPr>
      <w:r>
        <w:separator/>
      </w:r>
    </w:p>
  </w:footnote>
  <w:footnote w:type="continuationSeparator" w:id="0">
    <w:p w14:paraId="17B314C9" w14:textId="77777777" w:rsidR="00286CED" w:rsidRDefault="00286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B72"/>
    <w:rsid w:val="0006063C"/>
    <w:rsid w:val="000B318D"/>
    <w:rsid w:val="0015074B"/>
    <w:rsid w:val="00154776"/>
    <w:rsid w:val="00243371"/>
    <w:rsid w:val="00286CED"/>
    <w:rsid w:val="0029639D"/>
    <w:rsid w:val="00326F90"/>
    <w:rsid w:val="007E16E9"/>
    <w:rsid w:val="008C0911"/>
    <w:rsid w:val="009F60A0"/>
    <w:rsid w:val="00AA1D8D"/>
    <w:rsid w:val="00B47730"/>
    <w:rsid w:val="00B8761D"/>
    <w:rsid w:val="00CA43D2"/>
    <w:rsid w:val="00CB0664"/>
    <w:rsid w:val="00F7740D"/>
    <w:rsid w:val="00FC693F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9405D"/>
  <w14:defaultImageDpi w14:val="300"/>
  <w15:docId w15:val="{4F31FDBA-854D-4B3C-9A01-09924571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154776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154776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2946</Words>
  <Characters>16794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договора купли-продажи имущества ООО «ИЦ «Энергия»</vt:lpstr>
      <vt:lpstr/>
    </vt:vector>
  </TitlesOfParts>
  <Manager/>
  <Company/>
  <LinksUpToDate>false</LinksUpToDate>
  <CharactersWithSpaces>19701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 ООО «ИЦ «Энергия»</dc:title>
  <dc:subject>Единый лот № 1 — семь объектов движимого имущества</dc:subject>
  <dc:creator/>
  <cp:keywords/>
  <dc:description/>
  <cp:lastModifiedBy>Impala</cp:lastModifiedBy>
  <cp:revision>7</cp:revision>
  <dcterms:created xsi:type="dcterms:W3CDTF">2013-12-23T23:15:00Z</dcterms:created>
  <dcterms:modified xsi:type="dcterms:W3CDTF">2026-11-03T13:41:00Z</dcterms:modified>
  <cp:category/>
</cp:coreProperties>
</file>