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CC9" w:rsidRPr="0039739F" w:rsidRDefault="002715FA">
      <w:pPr>
        <w:ind w:firstLine="360"/>
        <w:jc w:val="right"/>
        <w:rPr>
          <w:lang w:val="ru-RU"/>
        </w:rPr>
      </w:pPr>
      <w:r>
        <w:t xml:space="preserve">ПРОЕКТ • ЛОТ № </w:t>
      </w:r>
      <w:r w:rsidR="0039739F">
        <w:rPr>
          <w:lang w:val="ru-RU"/>
        </w:rPr>
        <w:t>2</w:t>
      </w:r>
    </w:p>
    <w:p w:rsidR="00255CC9" w:rsidRDefault="002715FA">
      <w:pPr>
        <w:pStyle w:val="aa"/>
        <w:jc w:val="center"/>
      </w:pPr>
      <w:proofErr w:type="spellStart"/>
      <w:r>
        <w:t>Договор</w:t>
      </w:r>
      <w:proofErr w:type="spellEnd"/>
      <w:r>
        <w:t xml:space="preserve"> </w:t>
      </w:r>
      <w:proofErr w:type="spellStart"/>
      <w:r>
        <w:t>купли</w:t>
      </w:r>
      <w:proofErr w:type="spellEnd"/>
      <w:r>
        <w:t xml:space="preserve"> </w:t>
      </w:r>
      <w:proofErr w:type="spellStart"/>
      <w:r>
        <w:t>продажи</w:t>
      </w:r>
      <w:proofErr w:type="spellEnd"/>
      <w:r>
        <w:t xml:space="preserve"> </w:t>
      </w:r>
      <w:r w:rsidR="00F843B6">
        <w:rPr>
          <w:lang w:val="ru-RU"/>
        </w:rPr>
        <w:t>машино-места</w:t>
      </w:r>
      <w:bookmarkStart w:id="0" w:name="_GoBack"/>
      <w:bookmarkEnd w:id="0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итогам</w:t>
      </w:r>
      <w:proofErr w:type="spellEnd"/>
      <w:r>
        <w:t xml:space="preserve"> </w:t>
      </w:r>
      <w:proofErr w:type="spellStart"/>
      <w:r>
        <w:t>торгов</w:t>
      </w:r>
      <w:proofErr w:type="spellEnd"/>
    </w:p>
    <w:p w:rsidR="00255CC9" w:rsidRDefault="002715FA">
      <w:pPr>
        <w:ind w:firstLine="360"/>
      </w:pPr>
      <w:r>
        <w:t>№ [</w:t>
      </w:r>
      <w:proofErr w:type="spellStart"/>
      <w:r>
        <w:t>номер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>]</w:t>
      </w:r>
    </w:p>
    <w:p w:rsidR="00255CC9" w:rsidRDefault="002715FA">
      <w:pPr>
        <w:ind w:firstLine="360"/>
      </w:pPr>
      <w:r>
        <w:t>г. [</w:t>
      </w:r>
      <w:proofErr w:type="spellStart"/>
      <w:proofErr w:type="gramStart"/>
      <w:r>
        <w:t>место</w:t>
      </w:r>
      <w:proofErr w:type="spellEnd"/>
      <w:proofErr w:type="gramEnd"/>
      <w:r>
        <w:t xml:space="preserve"> </w:t>
      </w:r>
      <w:proofErr w:type="spellStart"/>
      <w:r>
        <w:t>заключения</w:t>
      </w:r>
      <w:proofErr w:type="spellEnd"/>
      <w:r>
        <w:t>]                              «___» __________ 2026 г.</w:t>
      </w:r>
    </w:p>
    <w:p w:rsidR="00255CC9" w:rsidRDefault="00346EAE">
      <w:pPr>
        <w:ind w:firstLine="360"/>
      </w:pPr>
      <w:proofErr w:type="spellStart"/>
      <w:proofErr w:type="gramStart"/>
      <w:r w:rsidRPr="00346EAE">
        <w:t>Финансовый</w:t>
      </w:r>
      <w:proofErr w:type="spellEnd"/>
      <w:r w:rsidRPr="00346EAE">
        <w:t xml:space="preserve"> </w:t>
      </w:r>
      <w:proofErr w:type="spellStart"/>
      <w:r w:rsidRPr="00346EAE">
        <w:t>управляющий</w:t>
      </w:r>
      <w:proofErr w:type="spellEnd"/>
      <w:r w:rsidRPr="00346EAE">
        <w:t xml:space="preserve"> Фетисова </w:t>
      </w:r>
      <w:proofErr w:type="spellStart"/>
      <w:r w:rsidRPr="00346EAE">
        <w:t>Николая</w:t>
      </w:r>
      <w:proofErr w:type="spellEnd"/>
      <w:r w:rsidRPr="00346EAE">
        <w:t xml:space="preserve"> </w:t>
      </w:r>
      <w:proofErr w:type="spellStart"/>
      <w:r w:rsidRPr="00346EAE">
        <w:t>Викторовича</w:t>
      </w:r>
      <w:proofErr w:type="spellEnd"/>
      <w:r w:rsidRPr="00346EAE">
        <w:t xml:space="preserve"> (ИНН 773770149506, СНИЛС 116-719-078 63, 03.06.1970 </w:t>
      </w:r>
      <w:proofErr w:type="spellStart"/>
      <w:r w:rsidRPr="00346EAE">
        <w:t>г.р</w:t>
      </w:r>
      <w:proofErr w:type="spellEnd"/>
      <w:r w:rsidRPr="00346EAE">
        <w:t xml:space="preserve">., </w:t>
      </w:r>
      <w:proofErr w:type="spellStart"/>
      <w:r w:rsidRPr="00346EAE">
        <w:t>место</w:t>
      </w:r>
      <w:proofErr w:type="spellEnd"/>
      <w:r w:rsidRPr="00346EAE">
        <w:t xml:space="preserve"> </w:t>
      </w:r>
      <w:proofErr w:type="spellStart"/>
      <w:r w:rsidRPr="00346EAE">
        <w:t>рождения</w:t>
      </w:r>
      <w:proofErr w:type="spellEnd"/>
      <w:r w:rsidRPr="00346EAE">
        <w:t xml:space="preserve"> г. </w:t>
      </w:r>
      <w:proofErr w:type="spellStart"/>
      <w:r w:rsidRPr="00346EAE">
        <w:t>Москва</w:t>
      </w:r>
      <w:proofErr w:type="spellEnd"/>
      <w:r w:rsidRPr="00346EAE">
        <w:t xml:space="preserve">, </w:t>
      </w:r>
      <w:proofErr w:type="spellStart"/>
      <w:r w:rsidRPr="00346EAE">
        <w:t>адрес</w:t>
      </w:r>
      <w:proofErr w:type="spellEnd"/>
      <w:r w:rsidRPr="00346EAE">
        <w:t xml:space="preserve"> </w:t>
      </w:r>
      <w:proofErr w:type="spellStart"/>
      <w:r w:rsidRPr="00346EAE">
        <w:t>регистрации</w:t>
      </w:r>
      <w:proofErr w:type="spellEnd"/>
      <w:r w:rsidRPr="00346EAE">
        <w:t xml:space="preserve">: </w:t>
      </w:r>
      <w:proofErr w:type="spellStart"/>
      <w:r w:rsidRPr="00346EAE">
        <w:t>Московская</w:t>
      </w:r>
      <w:proofErr w:type="spellEnd"/>
      <w:r w:rsidRPr="00346EAE">
        <w:t xml:space="preserve"> </w:t>
      </w:r>
      <w:proofErr w:type="spellStart"/>
      <w:r w:rsidRPr="00346EAE">
        <w:t>обл</w:t>
      </w:r>
      <w:proofErr w:type="spellEnd"/>
      <w:r w:rsidRPr="00346EAE">
        <w:t xml:space="preserve">., </w:t>
      </w:r>
      <w:proofErr w:type="spellStart"/>
      <w:r w:rsidRPr="00346EAE">
        <w:t>Одинцовский</w:t>
      </w:r>
      <w:proofErr w:type="spellEnd"/>
      <w:r w:rsidRPr="00346EAE">
        <w:t xml:space="preserve"> </w:t>
      </w:r>
      <w:proofErr w:type="spellStart"/>
      <w:r w:rsidRPr="00346EAE">
        <w:t>район</w:t>
      </w:r>
      <w:proofErr w:type="spellEnd"/>
      <w:r w:rsidRPr="00346EAE">
        <w:t xml:space="preserve">, </w:t>
      </w:r>
      <w:proofErr w:type="spellStart"/>
      <w:r w:rsidRPr="00346EAE">
        <w:t>поселение</w:t>
      </w:r>
      <w:proofErr w:type="spellEnd"/>
      <w:r w:rsidRPr="00346EAE">
        <w:t xml:space="preserve"> </w:t>
      </w:r>
      <w:proofErr w:type="spellStart"/>
      <w:r w:rsidRPr="00346EAE">
        <w:t>Барвихинское</w:t>
      </w:r>
      <w:proofErr w:type="spellEnd"/>
      <w:r w:rsidRPr="00346EAE">
        <w:t>, ДПК «</w:t>
      </w:r>
      <w:proofErr w:type="spellStart"/>
      <w:r w:rsidRPr="00346EAE">
        <w:t>Новь</w:t>
      </w:r>
      <w:proofErr w:type="spellEnd"/>
      <w:r w:rsidRPr="00346EAE">
        <w:t xml:space="preserve">», д.114а) </w:t>
      </w:r>
      <w:proofErr w:type="spellStart"/>
      <w:r w:rsidRPr="00346EAE">
        <w:t>Тяпинская</w:t>
      </w:r>
      <w:proofErr w:type="spellEnd"/>
      <w:r w:rsidRPr="00346EAE">
        <w:t xml:space="preserve"> </w:t>
      </w:r>
      <w:proofErr w:type="spellStart"/>
      <w:r w:rsidRPr="00346EAE">
        <w:t>Елена</w:t>
      </w:r>
      <w:proofErr w:type="spellEnd"/>
      <w:r w:rsidRPr="00346EAE">
        <w:t xml:space="preserve"> </w:t>
      </w:r>
      <w:proofErr w:type="spellStart"/>
      <w:r w:rsidRPr="00346EAE">
        <w:t>Николаевна</w:t>
      </w:r>
      <w:proofErr w:type="spellEnd"/>
      <w:r w:rsidRPr="00346EAE">
        <w:t xml:space="preserve"> (ИНН 3</w:t>
      </w:r>
      <w:r w:rsidR="00DC56F7">
        <w:t>52522937705</w:t>
      </w:r>
      <w:r w:rsidR="00DC56F7">
        <w:rPr>
          <w:lang w:val="ru-RU"/>
        </w:rPr>
        <w:t>)</w:t>
      </w:r>
      <w:r w:rsidRPr="00346EAE">
        <w:t xml:space="preserve">, </w:t>
      </w:r>
      <w:proofErr w:type="spellStart"/>
      <w:r w:rsidRPr="00346EAE">
        <w:t>действующая</w:t>
      </w:r>
      <w:proofErr w:type="spellEnd"/>
      <w:r w:rsidRPr="00346EAE">
        <w:t xml:space="preserve"> </w:t>
      </w:r>
      <w:proofErr w:type="spellStart"/>
      <w:r w:rsidRPr="00346EAE">
        <w:t>на</w:t>
      </w:r>
      <w:proofErr w:type="spellEnd"/>
      <w:r w:rsidRPr="00346EAE">
        <w:t xml:space="preserve"> </w:t>
      </w:r>
      <w:proofErr w:type="spellStart"/>
      <w:r w:rsidRPr="00346EAE">
        <w:t>основании</w:t>
      </w:r>
      <w:proofErr w:type="spellEnd"/>
      <w:r w:rsidRPr="00346EAE">
        <w:t xml:space="preserve"> </w:t>
      </w:r>
      <w:proofErr w:type="spellStart"/>
      <w:r w:rsidRPr="00346EAE">
        <w:t>Решения</w:t>
      </w:r>
      <w:proofErr w:type="spellEnd"/>
      <w:r w:rsidRPr="00346EAE">
        <w:t xml:space="preserve"> </w:t>
      </w:r>
      <w:proofErr w:type="spellStart"/>
      <w:r w:rsidRPr="00346EAE">
        <w:t>Арбитражного</w:t>
      </w:r>
      <w:proofErr w:type="spellEnd"/>
      <w:r w:rsidRPr="00346EAE">
        <w:t xml:space="preserve"> </w:t>
      </w:r>
      <w:proofErr w:type="spellStart"/>
      <w:r w:rsidRPr="00346EAE">
        <w:t>суда</w:t>
      </w:r>
      <w:proofErr w:type="spellEnd"/>
      <w:r w:rsidRPr="00346EAE">
        <w:t xml:space="preserve"> </w:t>
      </w:r>
      <w:proofErr w:type="spellStart"/>
      <w:r w:rsidRPr="00346EAE">
        <w:t>Московской</w:t>
      </w:r>
      <w:proofErr w:type="spellEnd"/>
      <w:r w:rsidRPr="00346EAE">
        <w:t xml:space="preserve"> </w:t>
      </w:r>
      <w:proofErr w:type="spellStart"/>
      <w:r w:rsidRPr="00346EAE">
        <w:t>области</w:t>
      </w:r>
      <w:proofErr w:type="spellEnd"/>
      <w:r w:rsidRPr="00346EAE">
        <w:t xml:space="preserve"> </w:t>
      </w:r>
      <w:proofErr w:type="spellStart"/>
      <w:r w:rsidRPr="00346EAE">
        <w:t>от</w:t>
      </w:r>
      <w:proofErr w:type="spellEnd"/>
      <w:r w:rsidRPr="00346EAE">
        <w:t xml:space="preserve"> 03.05.2018 (</w:t>
      </w:r>
      <w:proofErr w:type="spellStart"/>
      <w:r w:rsidRPr="00346EAE">
        <w:t>резолютивная</w:t>
      </w:r>
      <w:proofErr w:type="spellEnd"/>
      <w:r w:rsidRPr="00346EAE">
        <w:t xml:space="preserve"> </w:t>
      </w:r>
      <w:proofErr w:type="spellStart"/>
      <w:r w:rsidRPr="00346EAE">
        <w:t>часть</w:t>
      </w:r>
      <w:proofErr w:type="spellEnd"/>
      <w:r w:rsidRPr="00346EAE">
        <w:t xml:space="preserve">) </w:t>
      </w:r>
      <w:proofErr w:type="spellStart"/>
      <w:r w:rsidRPr="00346EAE">
        <w:t>по</w:t>
      </w:r>
      <w:proofErr w:type="spellEnd"/>
      <w:r w:rsidRPr="00346EAE">
        <w:t xml:space="preserve"> </w:t>
      </w:r>
      <w:proofErr w:type="spellStart"/>
      <w:r w:rsidRPr="00346EAE">
        <w:t>делу</w:t>
      </w:r>
      <w:proofErr w:type="spellEnd"/>
      <w:r w:rsidRPr="00346EAE">
        <w:t xml:space="preserve"> №А41-36091/17</w:t>
      </w:r>
      <w:r w:rsidR="002715FA">
        <w:t xml:space="preserve">, с </w:t>
      </w:r>
      <w:proofErr w:type="spellStart"/>
      <w:r w:rsidR="002715FA">
        <w:t>одной</w:t>
      </w:r>
      <w:proofErr w:type="spellEnd"/>
      <w:r w:rsidR="002715FA">
        <w:t xml:space="preserve"> </w:t>
      </w:r>
      <w:proofErr w:type="spellStart"/>
      <w:r w:rsidR="002715FA">
        <w:t>стороны</w:t>
      </w:r>
      <w:proofErr w:type="spellEnd"/>
      <w:r w:rsidR="002715FA">
        <w:t xml:space="preserve">, и [Ф. И. О. / </w:t>
      </w:r>
      <w:proofErr w:type="spellStart"/>
      <w:r w:rsidR="002715FA">
        <w:t>наименование</w:t>
      </w:r>
      <w:proofErr w:type="spellEnd"/>
      <w:r w:rsidR="002715FA">
        <w:t xml:space="preserve"> </w:t>
      </w:r>
      <w:proofErr w:type="spellStart"/>
      <w:r w:rsidR="002715FA">
        <w:t>покупателя</w:t>
      </w:r>
      <w:proofErr w:type="spellEnd"/>
      <w:r w:rsidR="002715FA">
        <w:t xml:space="preserve">, </w:t>
      </w:r>
      <w:proofErr w:type="spellStart"/>
      <w:r w:rsidR="002715FA">
        <w:t>идентифицирующие</w:t>
      </w:r>
      <w:proofErr w:type="spellEnd"/>
      <w:r w:rsidR="002715FA">
        <w:t xml:space="preserve"> </w:t>
      </w:r>
      <w:proofErr w:type="spellStart"/>
      <w:r w:rsidR="002715FA">
        <w:t>сведения</w:t>
      </w:r>
      <w:proofErr w:type="spellEnd"/>
      <w:r w:rsidR="002715FA">
        <w:t xml:space="preserve">, </w:t>
      </w:r>
      <w:proofErr w:type="spellStart"/>
      <w:r w:rsidR="002715FA">
        <w:t>для</w:t>
      </w:r>
      <w:proofErr w:type="spellEnd"/>
      <w:r w:rsidR="002715FA">
        <w:t xml:space="preserve"> </w:t>
      </w:r>
      <w:proofErr w:type="spellStart"/>
      <w:r w:rsidR="002715FA">
        <w:t>представителя</w:t>
      </w:r>
      <w:proofErr w:type="spellEnd"/>
      <w:r w:rsidR="002715FA">
        <w:t xml:space="preserve"> — </w:t>
      </w:r>
      <w:proofErr w:type="spellStart"/>
      <w:r w:rsidR="002715FA">
        <w:t>основание</w:t>
      </w:r>
      <w:proofErr w:type="spellEnd"/>
      <w:r w:rsidR="002715FA">
        <w:t xml:space="preserve"> </w:t>
      </w:r>
      <w:proofErr w:type="spellStart"/>
      <w:r w:rsidR="002715FA">
        <w:t>полномочий</w:t>
      </w:r>
      <w:proofErr w:type="spellEnd"/>
      <w:r w:rsidR="002715FA">
        <w:t xml:space="preserve">], </w:t>
      </w:r>
      <w:proofErr w:type="spellStart"/>
      <w:r w:rsidR="002715FA">
        <w:t>именуемый</w:t>
      </w:r>
      <w:proofErr w:type="spellEnd"/>
      <w:r w:rsidR="002715FA">
        <w:t xml:space="preserve"> </w:t>
      </w:r>
      <w:proofErr w:type="spellStart"/>
      <w:r w:rsidR="002715FA">
        <w:t>далее</w:t>
      </w:r>
      <w:proofErr w:type="spellEnd"/>
      <w:r w:rsidR="002715FA">
        <w:t xml:space="preserve"> «</w:t>
      </w:r>
      <w:proofErr w:type="spellStart"/>
      <w:r w:rsidR="002715FA">
        <w:t>Покупатель</w:t>
      </w:r>
      <w:proofErr w:type="spellEnd"/>
      <w:r w:rsidR="002715FA">
        <w:t xml:space="preserve">», с </w:t>
      </w:r>
      <w:proofErr w:type="spellStart"/>
      <w:r w:rsidR="002715FA">
        <w:t>другой</w:t>
      </w:r>
      <w:proofErr w:type="spellEnd"/>
      <w:r w:rsidR="002715FA">
        <w:t xml:space="preserve"> </w:t>
      </w:r>
      <w:proofErr w:type="spellStart"/>
      <w:r w:rsidR="002715FA">
        <w:t>стороны</w:t>
      </w:r>
      <w:proofErr w:type="spellEnd"/>
      <w:r w:rsidR="002715FA">
        <w:t xml:space="preserve">, </w:t>
      </w:r>
      <w:proofErr w:type="spellStart"/>
      <w:r w:rsidR="002715FA">
        <w:t>совместно</w:t>
      </w:r>
      <w:proofErr w:type="spellEnd"/>
      <w:r w:rsidR="002715FA">
        <w:t xml:space="preserve"> </w:t>
      </w:r>
      <w:proofErr w:type="spellStart"/>
      <w:r w:rsidR="002715FA">
        <w:t>именуемые</w:t>
      </w:r>
      <w:proofErr w:type="spellEnd"/>
      <w:r w:rsidR="002715FA">
        <w:t xml:space="preserve"> «</w:t>
      </w:r>
      <w:proofErr w:type="spellStart"/>
      <w:r w:rsidR="002715FA">
        <w:t>Стороны</w:t>
      </w:r>
      <w:proofErr w:type="spellEnd"/>
      <w:r w:rsidR="002715FA">
        <w:t xml:space="preserve">», </w:t>
      </w:r>
      <w:proofErr w:type="spellStart"/>
      <w:r w:rsidR="002715FA">
        <w:t>заключили</w:t>
      </w:r>
      <w:proofErr w:type="spellEnd"/>
      <w:r w:rsidR="002715FA">
        <w:t xml:space="preserve"> </w:t>
      </w:r>
      <w:proofErr w:type="spellStart"/>
      <w:r w:rsidR="002715FA">
        <w:t>настоящий</w:t>
      </w:r>
      <w:proofErr w:type="spellEnd"/>
      <w:r w:rsidR="002715FA">
        <w:t xml:space="preserve"> </w:t>
      </w:r>
      <w:proofErr w:type="spellStart"/>
      <w:r w:rsidR="002715FA">
        <w:t>договор</w:t>
      </w:r>
      <w:proofErr w:type="spellEnd"/>
      <w:r w:rsidR="002715FA">
        <w:t xml:space="preserve"> о </w:t>
      </w:r>
      <w:proofErr w:type="spellStart"/>
      <w:r w:rsidR="002715FA">
        <w:t>следующем</w:t>
      </w:r>
      <w:proofErr w:type="spellEnd"/>
      <w:r w:rsidR="002715FA">
        <w:t>.</w:t>
      </w:r>
      <w:proofErr w:type="gramEnd"/>
    </w:p>
    <w:p w:rsidR="00255CC9" w:rsidRDefault="002715FA">
      <w:pPr>
        <w:pStyle w:val="1"/>
      </w:pPr>
      <w:r>
        <w:t xml:space="preserve">1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и </w:t>
      </w:r>
      <w:proofErr w:type="spellStart"/>
      <w:r>
        <w:t>основания</w:t>
      </w:r>
      <w:proofErr w:type="spellEnd"/>
      <w:r>
        <w:t xml:space="preserve"> </w:t>
      </w:r>
      <w:proofErr w:type="spellStart"/>
      <w:r>
        <w:t>продажи</w:t>
      </w:r>
      <w:proofErr w:type="spellEnd"/>
    </w:p>
    <w:p w:rsidR="00255CC9" w:rsidRDefault="002715FA">
      <w:pPr>
        <w:ind w:firstLine="360"/>
      </w:pPr>
      <w:r>
        <w:t xml:space="preserve">1.1. </w:t>
      </w:r>
      <w:proofErr w:type="spellStart"/>
      <w:r>
        <w:t>Продавец</w:t>
      </w:r>
      <w:proofErr w:type="spellEnd"/>
      <w:r>
        <w:t xml:space="preserve"> </w:t>
      </w:r>
      <w:proofErr w:type="spellStart"/>
      <w:r>
        <w:t>обязуется</w:t>
      </w:r>
      <w:proofErr w:type="spellEnd"/>
      <w:r>
        <w:t xml:space="preserve"> </w:t>
      </w:r>
      <w:proofErr w:type="spellStart"/>
      <w:r>
        <w:t>передать</w:t>
      </w:r>
      <w:proofErr w:type="spellEnd"/>
      <w:r>
        <w:t xml:space="preserve"> в </w:t>
      </w:r>
      <w:proofErr w:type="spellStart"/>
      <w:r>
        <w:t>собственность</w:t>
      </w:r>
      <w:proofErr w:type="spellEnd"/>
      <w:r>
        <w:t xml:space="preserve"> </w:t>
      </w:r>
      <w:proofErr w:type="spellStart"/>
      <w:r>
        <w:t>Покупателю</w:t>
      </w:r>
      <w:proofErr w:type="spellEnd"/>
      <w:r>
        <w:t xml:space="preserve">, а </w:t>
      </w:r>
      <w:proofErr w:type="spellStart"/>
      <w:r>
        <w:t>Покупатель</w:t>
      </w:r>
      <w:proofErr w:type="spellEnd"/>
      <w:r>
        <w:t xml:space="preserve"> — </w:t>
      </w:r>
      <w:proofErr w:type="spellStart"/>
      <w:r>
        <w:t>принять</w:t>
      </w:r>
      <w:proofErr w:type="spellEnd"/>
      <w:r>
        <w:t xml:space="preserve"> и </w:t>
      </w:r>
      <w:proofErr w:type="spellStart"/>
      <w:r>
        <w:t>оплатить</w:t>
      </w:r>
      <w:proofErr w:type="spellEnd"/>
      <w:r>
        <w:t xml:space="preserve"> </w:t>
      </w:r>
      <w:proofErr w:type="spellStart"/>
      <w:r w:rsidR="0039739F">
        <w:t>м</w:t>
      </w:r>
      <w:r w:rsidR="0039739F" w:rsidRPr="0039739F">
        <w:t>ашиноместо</w:t>
      </w:r>
      <w:proofErr w:type="spellEnd"/>
      <w:r w:rsidR="0039739F" w:rsidRPr="0039739F">
        <w:t xml:space="preserve"> </w:t>
      </w:r>
      <w:proofErr w:type="spellStart"/>
      <w:r w:rsidR="0039739F" w:rsidRPr="0039739F">
        <w:t>площадью</w:t>
      </w:r>
      <w:proofErr w:type="spellEnd"/>
      <w:r w:rsidR="0039739F" w:rsidRPr="0039739F">
        <w:t xml:space="preserve"> 25</w:t>
      </w:r>
      <w:proofErr w:type="gramStart"/>
      <w:r w:rsidR="0039739F" w:rsidRPr="0039739F">
        <w:t>,2</w:t>
      </w:r>
      <w:proofErr w:type="gramEnd"/>
      <w:r w:rsidR="0039739F" w:rsidRPr="0039739F">
        <w:t xml:space="preserve"> </w:t>
      </w:r>
      <w:proofErr w:type="spellStart"/>
      <w:r w:rsidR="0039739F" w:rsidRPr="0039739F">
        <w:t>кв.м</w:t>
      </w:r>
      <w:proofErr w:type="spellEnd"/>
      <w:r w:rsidR="0039739F" w:rsidRPr="0039739F">
        <w:t xml:space="preserve">., </w:t>
      </w:r>
      <w:proofErr w:type="spellStart"/>
      <w:r w:rsidR="0039739F" w:rsidRPr="0039739F">
        <w:t>расположенное</w:t>
      </w:r>
      <w:proofErr w:type="spellEnd"/>
      <w:r w:rsidR="0039739F" w:rsidRPr="0039739F">
        <w:t xml:space="preserve"> </w:t>
      </w:r>
      <w:proofErr w:type="spellStart"/>
      <w:r w:rsidR="0039739F" w:rsidRPr="0039739F">
        <w:t>по</w:t>
      </w:r>
      <w:proofErr w:type="spellEnd"/>
      <w:r w:rsidR="0039739F" w:rsidRPr="0039739F">
        <w:t xml:space="preserve"> </w:t>
      </w:r>
      <w:proofErr w:type="spellStart"/>
      <w:r w:rsidR="0039739F" w:rsidRPr="0039739F">
        <w:t>адресу</w:t>
      </w:r>
      <w:proofErr w:type="spellEnd"/>
      <w:r w:rsidR="0039739F" w:rsidRPr="0039739F">
        <w:t xml:space="preserve">: г. </w:t>
      </w:r>
      <w:proofErr w:type="spellStart"/>
      <w:r w:rsidR="0039739F" w:rsidRPr="0039739F">
        <w:t>Москва</w:t>
      </w:r>
      <w:proofErr w:type="spellEnd"/>
      <w:r w:rsidR="0039739F" w:rsidRPr="0039739F">
        <w:t xml:space="preserve">, </w:t>
      </w:r>
      <w:proofErr w:type="spellStart"/>
      <w:r w:rsidR="0039739F" w:rsidRPr="0039739F">
        <w:t>пер</w:t>
      </w:r>
      <w:proofErr w:type="spellEnd"/>
      <w:r w:rsidR="0039739F" w:rsidRPr="0039739F">
        <w:t xml:space="preserve">. 1-й </w:t>
      </w:r>
      <w:proofErr w:type="spellStart"/>
      <w:r w:rsidR="0039739F" w:rsidRPr="0039739F">
        <w:t>Обыденский</w:t>
      </w:r>
      <w:proofErr w:type="spellEnd"/>
      <w:r w:rsidR="0039739F" w:rsidRPr="0039739F">
        <w:t xml:space="preserve">, д.5, </w:t>
      </w:r>
      <w:proofErr w:type="spellStart"/>
      <w:r w:rsidR="0039739F" w:rsidRPr="0039739F">
        <w:t>этаж</w:t>
      </w:r>
      <w:proofErr w:type="spellEnd"/>
      <w:r w:rsidR="0039739F" w:rsidRPr="0039739F">
        <w:t xml:space="preserve"> п, </w:t>
      </w:r>
      <w:proofErr w:type="spellStart"/>
      <w:r w:rsidR="0039739F" w:rsidRPr="0039739F">
        <w:t>помещение</w:t>
      </w:r>
      <w:proofErr w:type="spellEnd"/>
      <w:r w:rsidR="0039739F" w:rsidRPr="0039739F">
        <w:t xml:space="preserve"> 1, </w:t>
      </w:r>
      <w:proofErr w:type="spellStart"/>
      <w:r w:rsidR="0039739F" w:rsidRPr="0039739F">
        <w:t>комната</w:t>
      </w:r>
      <w:proofErr w:type="spellEnd"/>
      <w:r w:rsidR="0039739F" w:rsidRPr="0039739F">
        <w:t xml:space="preserve"> 7, </w:t>
      </w:r>
      <w:proofErr w:type="spellStart"/>
      <w:r w:rsidR="0039739F" w:rsidRPr="0039739F">
        <w:t>машино</w:t>
      </w:r>
      <w:proofErr w:type="spellEnd"/>
      <w:r w:rsidR="0039739F">
        <w:rPr>
          <w:lang w:val="ru-RU"/>
        </w:rPr>
        <w:t>-</w:t>
      </w:r>
      <w:proofErr w:type="spellStart"/>
      <w:r w:rsidR="0039739F" w:rsidRPr="0039739F">
        <w:t>место</w:t>
      </w:r>
      <w:proofErr w:type="spellEnd"/>
      <w:r w:rsidR="0039739F" w:rsidRPr="0039739F">
        <w:t xml:space="preserve"> 2, </w:t>
      </w:r>
      <w:proofErr w:type="spellStart"/>
      <w:r w:rsidR="0039739F" w:rsidRPr="0039739F">
        <w:t>кад</w:t>
      </w:r>
      <w:proofErr w:type="spellEnd"/>
      <w:r w:rsidR="0039739F" w:rsidRPr="0039739F">
        <w:t xml:space="preserve">. </w:t>
      </w:r>
      <w:proofErr w:type="spellStart"/>
      <w:proofErr w:type="gramStart"/>
      <w:r w:rsidR="0039739F" w:rsidRPr="0039739F">
        <w:t>номер</w:t>
      </w:r>
      <w:proofErr w:type="spellEnd"/>
      <w:proofErr w:type="gramEnd"/>
      <w:r w:rsidR="0039739F" w:rsidRPr="0039739F">
        <w:t xml:space="preserve">: 77:01:0001051:3921. </w:t>
      </w:r>
      <w:r>
        <w:t>(</w:t>
      </w:r>
      <w:proofErr w:type="spellStart"/>
      <w:proofErr w:type="gramStart"/>
      <w:r>
        <w:t>далее</w:t>
      </w:r>
      <w:proofErr w:type="spellEnd"/>
      <w:proofErr w:type="gramEnd"/>
      <w:r>
        <w:t xml:space="preserve"> — </w:t>
      </w:r>
      <w:r w:rsidR="0039739F">
        <w:rPr>
          <w:lang w:val="ru-RU"/>
        </w:rPr>
        <w:t>Машино-место</w:t>
      </w:r>
      <w:r>
        <w:t xml:space="preserve">). </w:t>
      </w:r>
      <w:proofErr w:type="spellStart"/>
      <w:r>
        <w:t>Передаваемое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>: [</w:t>
      </w:r>
      <w:proofErr w:type="spellStart"/>
      <w:r>
        <w:t>вид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доли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актуальной</w:t>
      </w:r>
      <w:proofErr w:type="spellEnd"/>
      <w:r>
        <w:t xml:space="preserve"> </w:t>
      </w:r>
      <w:proofErr w:type="spellStart"/>
      <w:r>
        <w:t>выписке</w:t>
      </w:r>
      <w:proofErr w:type="spellEnd"/>
      <w:r>
        <w:t xml:space="preserve"> ЕГРН].</w:t>
      </w:r>
    </w:p>
    <w:p w:rsidR="00346EAE" w:rsidRDefault="002715FA">
      <w:pPr>
        <w:ind w:firstLine="360"/>
      </w:pPr>
      <w:r>
        <w:t xml:space="preserve">1.2.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собственности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>: [</w:t>
      </w:r>
      <w:proofErr w:type="spellStart"/>
      <w:r>
        <w:t>документ</w:t>
      </w:r>
      <w:proofErr w:type="spellEnd"/>
      <w:r>
        <w:t xml:space="preserve">, </w:t>
      </w:r>
      <w:proofErr w:type="spellStart"/>
      <w:r>
        <w:t>дата</w:t>
      </w:r>
      <w:proofErr w:type="spellEnd"/>
      <w:r>
        <w:t xml:space="preserve">, </w:t>
      </w:r>
      <w:proofErr w:type="spellStart"/>
      <w:r>
        <w:t>номер</w:t>
      </w:r>
      <w:proofErr w:type="spellEnd"/>
      <w:r>
        <w:t xml:space="preserve">]; </w:t>
      </w:r>
      <w:proofErr w:type="spellStart"/>
      <w:r>
        <w:t>запись</w:t>
      </w:r>
      <w:proofErr w:type="spellEnd"/>
      <w:r>
        <w:t xml:space="preserve"> ЕГРН о </w:t>
      </w:r>
      <w:proofErr w:type="spellStart"/>
      <w:r>
        <w:t>праве</w:t>
      </w:r>
      <w:proofErr w:type="spellEnd"/>
      <w:r>
        <w:t>: № [</w:t>
      </w:r>
      <w:proofErr w:type="spellStart"/>
      <w:r>
        <w:t>номер</w:t>
      </w:r>
      <w:proofErr w:type="spellEnd"/>
      <w:r>
        <w:t xml:space="preserve">] </w:t>
      </w:r>
      <w:proofErr w:type="spellStart"/>
      <w:r>
        <w:t>от</w:t>
      </w:r>
      <w:proofErr w:type="spellEnd"/>
      <w:r>
        <w:t xml:space="preserve"> [</w:t>
      </w:r>
      <w:proofErr w:type="spellStart"/>
      <w:r>
        <w:t>дата</w:t>
      </w:r>
      <w:proofErr w:type="spellEnd"/>
      <w:r>
        <w:t xml:space="preserve">]. </w:t>
      </w:r>
      <w:proofErr w:type="spellStart"/>
      <w:r>
        <w:t>Имеющиеся</w:t>
      </w:r>
      <w:proofErr w:type="spellEnd"/>
      <w:r>
        <w:t xml:space="preserve"> </w:t>
      </w:r>
      <w:proofErr w:type="spellStart"/>
      <w:r>
        <w:t>ограничения</w:t>
      </w:r>
      <w:proofErr w:type="spellEnd"/>
      <w:r>
        <w:t xml:space="preserve"> и </w:t>
      </w:r>
      <w:proofErr w:type="spellStart"/>
      <w:r>
        <w:t>обременения</w:t>
      </w:r>
      <w:proofErr w:type="spellEnd"/>
      <w:r>
        <w:t xml:space="preserve">, </w:t>
      </w:r>
      <w:proofErr w:type="spellStart"/>
      <w:r>
        <w:t>включая</w:t>
      </w:r>
      <w:proofErr w:type="spellEnd"/>
      <w:r>
        <w:t xml:space="preserve"> </w:t>
      </w:r>
      <w:proofErr w:type="spellStart"/>
      <w:r>
        <w:t>аресты</w:t>
      </w:r>
      <w:proofErr w:type="spellEnd"/>
      <w:r>
        <w:t xml:space="preserve"> и </w:t>
      </w:r>
      <w:proofErr w:type="spellStart"/>
      <w:r>
        <w:t>запреты</w:t>
      </w:r>
      <w:proofErr w:type="spellEnd"/>
      <w:r>
        <w:t xml:space="preserve">: </w:t>
      </w:r>
      <w:r w:rsidR="00346EAE">
        <w:rPr>
          <w:lang w:val="ru-RU"/>
        </w:rPr>
        <w:t>отсутствуют</w:t>
      </w:r>
      <w:r>
        <w:t xml:space="preserve">. </w:t>
      </w:r>
    </w:p>
    <w:p w:rsidR="00255CC9" w:rsidRDefault="002715FA">
      <w:pPr>
        <w:ind w:firstLine="360"/>
      </w:pPr>
      <w:r>
        <w:t xml:space="preserve">1.3. </w:t>
      </w:r>
      <w:proofErr w:type="spellStart"/>
      <w:r>
        <w:t>Продажа</w:t>
      </w:r>
      <w:proofErr w:type="spellEnd"/>
      <w:r>
        <w:t xml:space="preserve"> </w:t>
      </w:r>
      <w:proofErr w:type="spellStart"/>
      <w:r>
        <w:t>осуществляется</w:t>
      </w:r>
      <w:proofErr w:type="spellEnd"/>
      <w:r>
        <w:t xml:space="preserve"> в </w:t>
      </w:r>
      <w:proofErr w:type="spellStart"/>
      <w:r>
        <w:t>процедуре</w:t>
      </w:r>
      <w:proofErr w:type="spellEnd"/>
      <w:r>
        <w:t xml:space="preserve"> </w:t>
      </w:r>
      <w:proofErr w:type="spellStart"/>
      <w:r>
        <w:t>реализации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 </w:t>
      </w:r>
      <w:r w:rsidR="009A37FD">
        <w:rPr>
          <w:lang w:val="ru-RU"/>
        </w:rPr>
        <w:t>Фетисова Николая Викторовича</w:t>
      </w:r>
      <w:r>
        <w:t xml:space="preserve"> в </w:t>
      </w:r>
      <w:proofErr w:type="spellStart"/>
      <w:r>
        <w:t>деле</w:t>
      </w:r>
      <w:proofErr w:type="spellEnd"/>
      <w:r>
        <w:t xml:space="preserve"> № А41-36091/17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правилам</w:t>
      </w:r>
      <w:proofErr w:type="spellEnd"/>
      <w:r>
        <w:t xml:space="preserve">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26.10.2002 № 127-ФЗ «О </w:t>
      </w:r>
      <w:proofErr w:type="spellStart"/>
      <w:r>
        <w:t>н</w:t>
      </w:r>
      <w:r w:rsidR="009A37FD">
        <w:t>есостоятельности</w:t>
      </w:r>
      <w:proofErr w:type="spellEnd"/>
      <w:r w:rsidR="009A37FD">
        <w:t xml:space="preserve"> (</w:t>
      </w:r>
      <w:proofErr w:type="spellStart"/>
      <w:r w:rsidR="009A37FD">
        <w:t>банкротстве</w:t>
      </w:r>
      <w:proofErr w:type="spellEnd"/>
      <w:proofErr w:type="gramStart"/>
      <w:r w:rsidR="009A37FD">
        <w:t>)»</w:t>
      </w:r>
      <w:proofErr w:type="gramEnd"/>
      <w:r>
        <w:t>.</w:t>
      </w:r>
    </w:p>
    <w:p w:rsidR="00255CC9" w:rsidRDefault="002715FA">
      <w:pPr>
        <w:ind w:firstLine="360"/>
      </w:pPr>
      <w:r>
        <w:t xml:space="preserve">1.4.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заключается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результатам</w:t>
      </w:r>
      <w:proofErr w:type="spellEnd"/>
      <w:r>
        <w:t xml:space="preserve"> </w:t>
      </w:r>
      <w:proofErr w:type="spellStart"/>
      <w:r>
        <w:t>открытых</w:t>
      </w:r>
      <w:proofErr w:type="spellEnd"/>
      <w:r>
        <w:t xml:space="preserve"> </w:t>
      </w:r>
      <w:proofErr w:type="spellStart"/>
      <w:r>
        <w:t>электронных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в </w:t>
      </w:r>
      <w:proofErr w:type="spellStart"/>
      <w:r>
        <w:t>форме</w:t>
      </w:r>
      <w:proofErr w:type="spellEnd"/>
      <w:r>
        <w:t xml:space="preserve"> </w:t>
      </w:r>
      <w:proofErr w:type="spellStart"/>
      <w:r>
        <w:t>аукциона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лоту</w:t>
      </w:r>
      <w:proofErr w:type="spellEnd"/>
      <w:r>
        <w:t xml:space="preserve"> № 1, </w:t>
      </w:r>
      <w:proofErr w:type="spellStart"/>
      <w:r>
        <w:t>назначенных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25.11.2026 в 12:00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московскому</w:t>
      </w:r>
      <w:proofErr w:type="spellEnd"/>
      <w:r>
        <w:t xml:space="preserve"> </w:t>
      </w:r>
      <w:proofErr w:type="spellStart"/>
      <w:r>
        <w:t>времени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электронной</w:t>
      </w:r>
      <w:proofErr w:type="spellEnd"/>
      <w:r>
        <w:t xml:space="preserve"> </w:t>
      </w:r>
      <w:proofErr w:type="spellStart"/>
      <w:r>
        <w:t>площадке</w:t>
      </w:r>
      <w:proofErr w:type="spellEnd"/>
      <w:r>
        <w:t xml:space="preserve"> АО «</w:t>
      </w:r>
      <w:proofErr w:type="spellStart"/>
      <w:r>
        <w:t>Новые</w:t>
      </w:r>
      <w:proofErr w:type="spellEnd"/>
      <w:r>
        <w:t xml:space="preserve"> </w:t>
      </w:r>
      <w:proofErr w:type="spellStart"/>
      <w:r>
        <w:t>информационные</w:t>
      </w:r>
      <w:proofErr w:type="spellEnd"/>
      <w:r>
        <w:t xml:space="preserve"> </w:t>
      </w:r>
      <w:proofErr w:type="spellStart"/>
      <w:r>
        <w:t>сервисы</w:t>
      </w:r>
      <w:proofErr w:type="spellEnd"/>
      <w:r>
        <w:t xml:space="preserve">» (https://nistp.ru/). </w:t>
      </w:r>
      <w:proofErr w:type="spellStart"/>
      <w:r>
        <w:t>Номер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>: [</w:t>
      </w:r>
      <w:proofErr w:type="spellStart"/>
      <w:r>
        <w:t>номер</w:t>
      </w:r>
      <w:proofErr w:type="spellEnd"/>
      <w:r>
        <w:t xml:space="preserve">]; </w:t>
      </w:r>
      <w:proofErr w:type="spellStart"/>
      <w:r>
        <w:t>сообщение</w:t>
      </w:r>
      <w:proofErr w:type="spellEnd"/>
      <w:r>
        <w:t xml:space="preserve"> ЕФРСБ: № [</w:t>
      </w:r>
      <w:proofErr w:type="spellStart"/>
      <w:r>
        <w:t>номер</w:t>
      </w:r>
      <w:proofErr w:type="spellEnd"/>
      <w:r>
        <w:t xml:space="preserve">] </w:t>
      </w:r>
      <w:proofErr w:type="spellStart"/>
      <w:r>
        <w:t>от</w:t>
      </w:r>
      <w:proofErr w:type="spellEnd"/>
      <w:r>
        <w:t xml:space="preserve"> [</w:t>
      </w:r>
      <w:proofErr w:type="spellStart"/>
      <w:r>
        <w:t>дата</w:t>
      </w:r>
      <w:proofErr w:type="spellEnd"/>
      <w:r>
        <w:t xml:space="preserve">]; </w:t>
      </w:r>
      <w:proofErr w:type="spellStart"/>
      <w:r>
        <w:t>протокол</w:t>
      </w:r>
      <w:proofErr w:type="spellEnd"/>
      <w:r>
        <w:t xml:space="preserve"> о </w:t>
      </w:r>
      <w:proofErr w:type="spellStart"/>
      <w:r>
        <w:t>результатах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>: № [</w:t>
      </w:r>
      <w:proofErr w:type="spellStart"/>
      <w:r>
        <w:t>номер</w:t>
      </w:r>
      <w:proofErr w:type="spellEnd"/>
      <w:r>
        <w:t xml:space="preserve">] </w:t>
      </w:r>
      <w:proofErr w:type="spellStart"/>
      <w:r>
        <w:t>от</w:t>
      </w:r>
      <w:proofErr w:type="spellEnd"/>
      <w:r>
        <w:t xml:space="preserve"> [</w:t>
      </w:r>
      <w:proofErr w:type="spellStart"/>
      <w:r>
        <w:t>дата</w:t>
      </w:r>
      <w:proofErr w:type="spellEnd"/>
      <w:r>
        <w:t xml:space="preserve">]. </w:t>
      </w:r>
      <w:proofErr w:type="spellStart"/>
      <w:r>
        <w:t>Покупатель</w:t>
      </w:r>
      <w:proofErr w:type="spellEnd"/>
      <w:r>
        <w:t xml:space="preserve"> </w:t>
      </w:r>
      <w:proofErr w:type="spellStart"/>
      <w:r>
        <w:t>признан</w:t>
      </w:r>
      <w:proofErr w:type="spellEnd"/>
      <w:r>
        <w:t xml:space="preserve"> </w:t>
      </w:r>
      <w:proofErr w:type="spellStart"/>
      <w:r>
        <w:t>победителем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</w:t>
      </w:r>
      <w:proofErr w:type="spellStart"/>
      <w:r>
        <w:t>указанным</w:t>
      </w:r>
      <w:proofErr w:type="spellEnd"/>
      <w:r>
        <w:t xml:space="preserve"> </w:t>
      </w:r>
      <w:proofErr w:type="spellStart"/>
      <w:r>
        <w:t>протоколом</w:t>
      </w:r>
      <w:proofErr w:type="spellEnd"/>
      <w:r>
        <w:t xml:space="preserve">. </w:t>
      </w:r>
    </w:p>
    <w:p w:rsidR="00255CC9" w:rsidRDefault="002715FA">
      <w:pPr>
        <w:pStyle w:val="1"/>
      </w:pPr>
      <w:r>
        <w:t xml:space="preserve">2 </w:t>
      </w:r>
      <w:proofErr w:type="spellStart"/>
      <w:r>
        <w:t>Цена</w:t>
      </w:r>
      <w:proofErr w:type="spellEnd"/>
      <w:r>
        <w:t xml:space="preserve"> и </w:t>
      </w:r>
      <w:proofErr w:type="spellStart"/>
      <w:r>
        <w:t>порядок</w:t>
      </w:r>
      <w:proofErr w:type="spellEnd"/>
      <w:r>
        <w:t xml:space="preserve"> </w:t>
      </w:r>
      <w:proofErr w:type="spellStart"/>
      <w:r>
        <w:t>расчетов</w:t>
      </w:r>
      <w:proofErr w:type="spellEnd"/>
    </w:p>
    <w:p w:rsidR="00255CC9" w:rsidRDefault="002715FA">
      <w:pPr>
        <w:ind w:firstLine="360"/>
      </w:pPr>
      <w:r>
        <w:t xml:space="preserve">2.1. </w:t>
      </w:r>
      <w:proofErr w:type="spellStart"/>
      <w:r>
        <w:t>Цена</w:t>
      </w:r>
      <w:proofErr w:type="spellEnd"/>
      <w:r>
        <w:t xml:space="preserve"> </w:t>
      </w:r>
      <w:r w:rsidR="0039739F">
        <w:rPr>
          <w:lang w:val="ru-RU"/>
        </w:rPr>
        <w:t>Машино-места</w:t>
      </w:r>
      <w:r>
        <w:t xml:space="preserve"> </w:t>
      </w:r>
      <w:proofErr w:type="spellStart"/>
      <w:r>
        <w:t>определяется</w:t>
      </w:r>
      <w:proofErr w:type="spellEnd"/>
      <w:r>
        <w:t xml:space="preserve"> </w:t>
      </w:r>
      <w:proofErr w:type="spellStart"/>
      <w:r>
        <w:t>результатами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и </w:t>
      </w:r>
      <w:proofErr w:type="spellStart"/>
      <w:r>
        <w:t>составляет</w:t>
      </w:r>
      <w:proofErr w:type="spellEnd"/>
      <w:r>
        <w:t xml:space="preserve"> [</w:t>
      </w:r>
      <w:proofErr w:type="spellStart"/>
      <w:r>
        <w:t>сумма</w:t>
      </w:r>
      <w:proofErr w:type="spellEnd"/>
      <w:r>
        <w:t xml:space="preserve"> </w:t>
      </w:r>
      <w:proofErr w:type="spellStart"/>
      <w:r>
        <w:t>цифрами</w:t>
      </w:r>
      <w:proofErr w:type="spellEnd"/>
      <w:r>
        <w:t xml:space="preserve"> и </w:t>
      </w:r>
      <w:proofErr w:type="spellStart"/>
      <w:r>
        <w:t>прописью</w:t>
      </w:r>
      <w:proofErr w:type="spellEnd"/>
      <w:r>
        <w:t xml:space="preserve">] </w:t>
      </w:r>
      <w:proofErr w:type="spellStart"/>
      <w:r>
        <w:t>рублей</w:t>
      </w:r>
      <w:proofErr w:type="spellEnd"/>
      <w:r>
        <w:t xml:space="preserve">. НДС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предъявляется</w:t>
      </w:r>
      <w:proofErr w:type="spellEnd"/>
      <w:r>
        <w:t xml:space="preserve"> в </w:t>
      </w:r>
      <w:proofErr w:type="spellStart"/>
      <w:r>
        <w:t>соответствии</w:t>
      </w:r>
      <w:proofErr w:type="spellEnd"/>
      <w:r>
        <w:t xml:space="preserve"> с </w:t>
      </w:r>
      <w:proofErr w:type="spellStart"/>
      <w:r>
        <w:t>подпунктом</w:t>
      </w:r>
      <w:proofErr w:type="spellEnd"/>
      <w:r>
        <w:t xml:space="preserve"> 15 </w:t>
      </w:r>
      <w:proofErr w:type="spellStart"/>
      <w:r>
        <w:t>пункта</w:t>
      </w:r>
      <w:proofErr w:type="spellEnd"/>
      <w:r>
        <w:t xml:space="preserve"> 2 </w:t>
      </w:r>
      <w:proofErr w:type="spellStart"/>
      <w:r>
        <w:t>статьи</w:t>
      </w:r>
      <w:proofErr w:type="spellEnd"/>
      <w:r>
        <w:t xml:space="preserve"> 146 НК РФ.</w:t>
      </w:r>
    </w:p>
    <w:p w:rsidR="00255CC9" w:rsidRDefault="002715FA">
      <w:pPr>
        <w:ind w:firstLine="360"/>
      </w:pPr>
      <w:r>
        <w:t xml:space="preserve">2.2. </w:t>
      </w:r>
      <w:proofErr w:type="spellStart"/>
      <w:r>
        <w:t>Внесенный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</w:t>
      </w:r>
      <w:proofErr w:type="spellStart"/>
      <w:r>
        <w:t>задаток</w:t>
      </w:r>
      <w:proofErr w:type="spellEnd"/>
      <w:r>
        <w:t xml:space="preserve"> в </w:t>
      </w:r>
      <w:proofErr w:type="spellStart"/>
      <w:r>
        <w:t>размере</w:t>
      </w:r>
      <w:proofErr w:type="spellEnd"/>
      <w:r>
        <w:t xml:space="preserve"> [</w:t>
      </w:r>
      <w:proofErr w:type="spellStart"/>
      <w:r>
        <w:t>фактически</w:t>
      </w:r>
      <w:proofErr w:type="spellEnd"/>
      <w:r>
        <w:t xml:space="preserve"> </w:t>
      </w:r>
      <w:proofErr w:type="spellStart"/>
      <w:r>
        <w:t>внесенная</w:t>
      </w:r>
      <w:proofErr w:type="spellEnd"/>
      <w:r>
        <w:t xml:space="preserve"> </w:t>
      </w:r>
      <w:proofErr w:type="spellStart"/>
      <w:r>
        <w:t>сумма</w:t>
      </w:r>
      <w:proofErr w:type="spellEnd"/>
      <w:r>
        <w:t xml:space="preserve">] </w:t>
      </w:r>
      <w:proofErr w:type="spellStart"/>
      <w:r>
        <w:t>рублей</w:t>
      </w:r>
      <w:proofErr w:type="spellEnd"/>
      <w:r>
        <w:t xml:space="preserve"> </w:t>
      </w:r>
      <w:proofErr w:type="spellStart"/>
      <w:r>
        <w:t>засчитывается</w:t>
      </w:r>
      <w:proofErr w:type="spellEnd"/>
      <w:r>
        <w:t xml:space="preserve"> в </w:t>
      </w:r>
      <w:proofErr w:type="spellStart"/>
      <w:r>
        <w:t>счет</w:t>
      </w:r>
      <w:proofErr w:type="spellEnd"/>
      <w:r>
        <w:t xml:space="preserve"> </w:t>
      </w:r>
      <w:proofErr w:type="spellStart"/>
      <w:r>
        <w:t>цены</w:t>
      </w:r>
      <w:proofErr w:type="spellEnd"/>
      <w:r>
        <w:t xml:space="preserve"> </w:t>
      </w:r>
      <w:proofErr w:type="spellStart"/>
      <w:r>
        <w:t>Квартиры</w:t>
      </w:r>
      <w:proofErr w:type="spellEnd"/>
      <w:r>
        <w:t xml:space="preserve">. </w:t>
      </w:r>
      <w:proofErr w:type="spellStart"/>
      <w:r>
        <w:t>Финансовый</w:t>
      </w:r>
      <w:proofErr w:type="spellEnd"/>
      <w:r>
        <w:t xml:space="preserve"> </w:t>
      </w:r>
      <w:proofErr w:type="spellStart"/>
      <w:r>
        <w:t>управляющий</w:t>
      </w:r>
      <w:proofErr w:type="spellEnd"/>
      <w:r>
        <w:t xml:space="preserve"> </w:t>
      </w:r>
      <w:proofErr w:type="spellStart"/>
      <w:r>
        <w:t>обеспечивает</w:t>
      </w:r>
      <w:proofErr w:type="spellEnd"/>
      <w:r>
        <w:t xml:space="preserve"> </w:t>
      </w:r>
      <w:proofErr w:type="spellStart"/>
      <w:r>
        <w:t>учет</w:t>
      </w:r>
      <w:proofErr w:type="spellEnd"/>
      <w:r>
        <w:t xml:space="preserve"> </w:t>
      </w:r>
      <w:proofErr w:type="spellStart"/>
      <w:r>
        <w:t>задатка</w:t>
      </w:r>
      <w:proofErr w:type="spellEnd"/>
      <w:r>
        <w:t xml:space="preserve"> в </w:t>
      </w:r>
      <w:proofErr w:type="spellStart"/>
      <w:r>
        <w:t>расчетах</w:t>
      </w:r>
      <w:proofErr w:type="spellEnd"/>
      <w:r>
        <w:t xml:space="preserve"> и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перечисление</w:t>
      </w:r>
      <w:proofErr w:type="spellEnd"/>
      <w:r>
        <w:t xml:space="preserve"> </w:t>
      </w:r>
      <w:proofErr w:type="spellStart"/>
      <w:r>
        <w:t>оператором</w:t>
      </w:r>
      <w:proofErr w:type="spellEnd"/>
      <w:r>
        <w:t xml:space="preserve"> </w:t>
      </w:r>
      <w:proofErr w:type="spellStart"/>
      <w:r>
        <w:t>электронной</w:t>
      </w:r>
      <w:proofErr w:type="spellEnd"/>
      <w:r>
        <w:t xml:space="preserve"> </w:t>
      </w:r>
      <w:proofErr w:type="spellStart"/>
      <w:r>
        <w:t>площадки</w:t>
      </w:r>
      <w:proofErr w:type="spellEnd"/>
      <w:r>
        <w:t xml:space="preserve"> в </w:t>
      </w:r>
      <w:proofErr w:type="spellStart"/>
      <w:r>
        <w:t>установленном</w:t>
      </w:r>
      <w:proofErr w:type="spellEnd"/>
      <w:r>
        <w:t xml:space="preserve"> </w:t>
      </w:r>
      <w:proofErr w:type="spellStart"/>
      <w:r>
        <w:t>порядке</w:t>
      </w:r>
      <w:proofErr w:type="spellEnd"/>
      <w:r>
        <w:t xml:space="preserve">. </w:t>
      </w:r>
      <w:proofErr w:type="spellStart"/>
      <w:r>
        <w:t>Покупатель</w:t>
      </w:r>
      <w:proofErr w:type="spellEnd"/>
      <w:r>
        <w:t xml:space="preserve"> </w:t>
      </w:r>
      <w:proofErr w:type="spellStart"/>
      <w:r>
        <w:t>уплачивает</w:t>
      </w:r>
      <w:proofErr w:type="spellEnd"/>
      <w:r>
        <w:t xml:space="preserve"> </w:t>
      </w:r>
      <w:proofErr w:type="spellStart"/>
      <w:r>
        <w:t>остаток</w:t>
      </w:r>
      <w:proofErr w:type="spellEnd"/>
      <w:r>
        <w:t xml:space="preserve"> </w:t>
      </w:r>
      <w:proofErr w:type="spellStart"/>
      <w:r>
        <w:t>цены</w:t>
      </w:r>
      <w:proofErr w:type="spellEnd"/>
      <w:r>
        <w:t xml:space="preserve"> в </w:t>
      </w:r>
      <w:proofErr w:type="spellStart"/>
      <w:r>
        <w:t>сумме</w:t>
      </w:r>
      <w:proofErr w:type="spellEnd"/>
      <w:r>
        <w:t xml:space="preserve"> [</w:t>
      </w:r>
      <w:proofErr w:type="spellStart"/>
      <w:r>
        <w:t>сумма</w:t>
      </w:r>
      <w:proofErr w:type="spellEnd"/>
      <w:r>
        <w:t xml:space="preserve">] </w:t>
      </w:r>
      <w:proofErr w:type="spellStart"/>
      <w:r>
        <w:t>рублей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позднее</w:t>
      </w:r>
      <w:proofErr w:type="spellEnd"/>
      <w:r>
        <w:t xml:space="preserve"> 30 </w:t>
      </w:r>
      <w:proofErr w:type="spellStart"/>
      <w:r>
        <w:t>календарных</w:t>
      </w:r>
      <w:proofErr w:type="spellEnd"/>
      <w:r>
        <w:t xml:space="preserve"> </w:t>
      </w:r>
      <w:proofErr w:type="spellStart"/>
      <w:r>
        <w:t>дней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дня</w:t>
      </w:r>
      <w:proofErr w:type="spellEnd"/>
      <w:r>
        <w:t xml:space="preserve"> </w:t>
      </w:r>
      <w:proofErr w:type="spellStart"/>
      <w:r>
        <w:t>заключения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</w:t>
      </w:r>
      <w:proofErr w:type="spellStart"/>
      <w:r>
        <w:t>Отсрочка</w:t>
      </w:r>
      <w:proofErr w:type="spellEnd"/>
      <w:r>
        <w:t xml:space="preserve"> </w:t>
      </w:r>
      <w:proofErr w:type="spellStart"/>
      <w:r>
        <w:t>регистрации</w:t>
      </w:r>
      <w:proofErr w:type="spellEnd"/>
      <w:r>
        <w:t xml:space="preserve"> </w:t>
      </w:r>
      <w:proofErr w:type="spellStart"/>
      <w:r>
        <w:t>перехода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разделу</w:t>
      </w:r>
      <w:proofErr w:type="spellEnd"/>
      <w:r>
        <w:t xml:space="preserve"> 3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изменяет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оплаты</w:t>
      </w:r>
      <w:proofErr w:type="spellEnd"/>
      <w:r>
        <w:t>.</w:t>
      </w:r>
    </w:p>
    <w:p w:rsidR="00255CC9" w:rsidRDefault="002715FA">
      <w:pPr>
        <w:ind w:firstLine="360"/>
      </w:pPr>
      <w:r>
        <w:t xml:space="preserve">2.3. </w:t>
      </w:r>
      <w:proofErr w:type="spellStart"/>
      <w:r>
        <w:t>Остаток</w:t>
      </w:r>
      <w:proofErr w:type="spellEnd"/>
      <w:r>
        <w:t xml:space="preserve"> </w:t>
      </w:r>
      <w:proofErr w:type="spellStart"/>
      <w:r>
        <w:t>цены</w:t>
      </w:r>
      <w:proofErr w:type="spellEnd"/>
      <w:r>
        <w:t xml:space="preserve"> </w:t>
      </w:r>
      <w:proofErr w:type="spellStart"/>
      <w:r>
        <w:t>перечисляется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счет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: № 40817810350173464374 в </w:t>
      </w:r>
      <w:proofErr w:type="spellStart"/>
      <w:r>
        <w:t>филиале</w:t>
      </w:r>
      <w:proofErr w:type="spellEnd"/>
      <w:r>
        <w:t xml:space="preserve"> «</w:t>
      </w:r>
      <w:proofErr w:type="spellStart"/>
      <w:r>
        <w:t>Центральный</w:t>
      </w:r>
      <w:proofErr w:type="spellEnd"/>
      <w:r>
        <w:t>» ПАО «</w:t>
      </w:r>
      <w:proofErr w:type="spellStart"/>
      <w:r>
        <w:t>Совкомбанк</w:t>
      </w:r>
      <w:proofErr w:type="spellEnd"/>
      <w:r>
        <w:t xml:space="preserve">» (БЕРДСК); </w:t>
      </w:r>
      <w:proofErr w:type="spellStart"/>
      <w:r>
        <w:t>корреспондентский</w:t>
      </w:r>
      <w:proofErr w:type="spellEnd"/>
      <w:r>
        <w:t xml:space="preserve"> </w:t>
      </w:r>
      <w:proofErr w:type="spellStart"/>
      <w:r>
        <w:t>счет</w:t>
      </w:r>
      <w:proofErr w:type="spellEnd"/>
      <w:r>
        <w:t xml:space="preserve"> № 30101810150040000763; </w:t>
      </w:r>
      <w:r>
        <w:lastRenderedPageBreak/>
        <w:t xml:space="preserve">БИК 045004763; ИНН </w:t>
      </w:r>
      <w:proofErr w:type="spellStart"/>
      <w:r>
        <w:t>банка</w:t>
      </w:r>
      <w:proofErr w:type="spellEnd"/>
      <w:r>
        <w:t xml:space="preserve"> 4401116480; КПП </w:t>
      </w:r>
      <w:proofErr w:type="spellStart"/>
      <w:r>
        <w:t>банка</w:t>
      </w:r>
      <w:proofErr w:type="spellEnd"/>
      <w:r>
        <w:t xml:space="preserve"> 544543001. </w:t>
      </w:r>
      <w:proofErr w:type="spellStart"/>
      <w:r>
        <w:t>Назначение</w:t>
      </w:r>
      <w:proofErr w:type="spellEnd"/>
      <w:r>
        <w:t xml:space="preserve"> </w:t>
      </w:r>
      <w:proofErr w:type="spellStart"/>
      <w:r>
        <w:t>платежа</w:t>
      </w:r>
      <w:proofErr w:type="spellEnd"/>
      <w:r>
        <w:t>: «</w:t>
      </w:r>
      <w:proofErr w:type="spellStart"/>
      <w:r>
        <w:t>Оплата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договору</w:t>
      </w:r>
      <w:proofErr w:type="spellEnd"/>
      <w:r>
        <w:t xml:space="preserve"> </w:t>
      </w:r>
      <w:proofErr w:type="spellStart"/>
      <w:r>
        <w:t>купли-продажи</w:t>
      </w:r>
      <w:proofErr w:type="spellEnd"/>
      <w:r>
        <w:t xml:space="preserve"> № [</w:t>
      </w:r>
      <w:proofErr w:type="spellStart"/>
      <w:r>
        <w:t>номер</w:t>
      </w:r>
      <w:proofErr w:type="spellEnd"/>
      <w:r>
        <w:t xml:space="preserve">] </w:t>
      </w:r>
      <w:proofErr w:type="spellStart"/>
      <w:r>
        <w:t>от</w:t>
      </w:r>
      <w:proofErr w:type="spellEnd"/>
      <w:r>
        <w:t xml:space="preserve"> [</w:t>
      </w:r>
      <w:proofErr w:type="spellStart"/>
      <w:r>
        <w:t>дата</w:t>
      </w:r>
      <w:proofErr w:type="spellEnd"/>
      <w:r>
        <w:t xml:space="preserve">], </w:t>
      </w:r>
      <w:proofErr w:type="spellStart"/>
      <w:r>
        <w:t>лот</w:t>
      </w:r>
      <w:proofErr w:type="spellEnd"/>
      <w:r>
        <w:t xml:space="preserve"> № 1, </w:t>
      </w:r>
      <w:proofErr w:type="spellStart"/>
      <w:r>
        <w:t>Фетисов</w:t>
      </w:r>
      <w:proofErr w:type="spellEnd"/>
      <w:r>
        <w:t xml:space="preserve"> Н. </w:t>
      </w:r>
      <w:proofErr w:type="gramStart"/>
      <w:r>
        <w:t>В.,</w:t>
      </w:r>
      <w:proofErr w:type="gramEnd"/>
      <w:r>
        <w:t xml:space="preserve"> </w:t>
      </w:r>
      <w:proofErr w:type="spellStart"/>
      <w:r>
        <w:t>без</w:t>
      </w:r>
      <w:proofErr w:type="spellEnd"/>
      <w:r>
        <w:t xml:space="preserve"> НДС».</w:t>
      </w:r>
    </w:p>
    <w:p w:rsidR="00255CC9" w:rsidRDefault="002715FA">
      <w:pPr>
        <w:ind w:firstLine="360"/>
      </w:pPr>
      <w:r>
        <w:t xml:space="preserve">2.4. </w:t>
      </w:r>
      <w:proofErr w:type="spellStart"/>
      <w:r>
        <w:t>Обязательство</w:t>
      </w:r>
      <w:proofErr w:type="spellEnd"/>
      <w:r>
        <w:t xml:space="preserve"> </w:t>
      </w:r>
      <w:proofErr w:type="spellStart"/>
      <w:r>
        <w:t>Покупателя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оплате</w:t>
      </w:r>
      <w:proofErr w:type="spellEnd"/>
      <w:r>
        <w:t xml:space="preserve"> </w:t>
      </w:r>
      <w:proofErr w:type="spellStart"/>
      <w:r>
        <w:t>считается</w:t>
      </w:r>
      <w:proofErr w:type="spellEnd"/>
      <w:r>
        <w:t xml:space="preserve"> </w:t>
      </w:r>
      <w:proofErr w:type="spellStart"/>
      <w:r>
        <w:t>исполненным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поступления</w:t>
      </w:r>
      <w:proofErr w:type="spellEnd"/>
      <w:r>
        <w:t xml:space="preserve"> </w:t>
      </w:r>
      <w:proofErr w:type="spellStart"/>
      <w:r>
        <w:t>остатка</w:t>
      </w:r>
      <w:proofErr w:type="spellEnd"/>
      <w:r>
        <w:t xml:space="preserve"> </w:t>
      </w:r>
      <w:proofErr w:type="spellStart"/>
      <w:r>
        <w:t>цены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указанный</w:t>
      </w:r>
      <w:proofErr w:type="spellEnd"/>
      <w:r>
        <w:t xml:space="preserve"> </w:t>
      </w:r>
      <w:proofErr w:type="spellStart"/>
      <w:r>
        <w:t>счет</w:t>
      </w:r>
      <w:proofErr w:type="spellEnd"/>
      <w:r>
        <w:t xml:space="preserve"> с </w:t>
      </w:r>
      <w:proofErr w:type="spellStart"/>
      <w:r>
        <w:t>учетом</w:t>
      </w:r>
      <w:proofErr w:type="spellEnd"/>
      <w:r>
        <w:t xml:space="preserve"> </w:t>
      </w:r>
      <w:proofErr w:type="spellStart"/>
      <w:r>
        <w:t>зачтенного</w:t>
      </w:r>
      <w:proofErr w:type="spellEnd"/>
      <w:r>
        <w:t xml:space="preserve"> </w:t>
      </w:r>
      <w:proofErr w:type="spellStart"/>
      <w:r>
        <w:t>задатка</w:t>
      </w:r>
      <w:proofErr w:type="spellEnd"/>
      <w:r>
        <w:t xml:space="preserve">. </w:t>
      </w:r>
    </w:p>
    <w:p w:rsidR="00255CC9" w:rsidRDefault="002715FA">
      <w:pPr>
        <w:pStyle w:val="1"/>
      </w:pPr>
      <w:r>
        <w:t xml:space="preserve">3 </w:t>
      </w:r>
      <w:r w:rsidR="0039739F">
        <w:rPr>
          <w:lang w:val="ru-RU"/>
        </w:rPr>
        <w:t>Р</w:t>
      </w:r>
      <w:proofErr w:type="spellStart"/>
      <w:r>
        <w:t>егистрация</w:t>
      </w:r>
      <w:proofErr w:type="spellEnd"/>
      <w:r>
        <w:t xml:space="preserve"> </w:t>
      </w:r>
      <w:proofErr w:type="spellStart"/>
      <w:r>
        <w:t>перехода</w:t>
      </w:r>
      <w:proofErr w:type="spellEnd"/>
      <w:r>
        <w:t xml:space="preserve"> </w:t>
      </w:r>
      <w:proofErr w:type="spellStart"/>
      <w:r>
        <w:t>права</w:t>
      </w:r>
      <w:proofErr w:type="spellEnd"/>
    </w:p>
    <w:p w:rsidR="00E026CC" w:rsidRDefault="002715FA">
      <w:pPr>
        <w:ind w:firstLine="360"/>
      </w:pPr>
      <w:r>
        <w:t xml:space="preserve">3.1. </w:t>
      </w:r>
      <w:proofErr w:type="spellStart"/>
      <w:r>
        <w:t>После</w:t>
      </w:r>
      <w:proofErr w:type="spellEnd"/>
      <w:r>
        <w:t xml:space="preserve"> </w:t>
      </w:r>
      <w:proofErr w:type="spellStart"/>
      <w:r>
        <w:t>полной</w:t>
      </w:r>
      <w:proofErr w:type="spellEnd"/>
      <w:r>
        <w:t xml:space="preserve"> </w:t>
      </w:r>
      <w:proofErr w:type="spellStart"/>
      <w:r>
        <w:t>оплаты</w:t>
      </w:r>
      <w:proofErr w:type="spellEnd"/>
      <w:r>
        <w:t xml:space="preserve"> </w:t>
      </w:r>
      <w:r w:rsidR="0039739F">
        <w:rPr>
          <w:lang w:val="ru-RU"/>
        </w:rPr>
        <w:t xml:space="preserve">Машино-места </w:t>
      </w:r>
      <w:proofErr w:type="spellStart"/>
      <w:r>
        <w:t>Стороны</w:t>
      </w:r>
      <w:proofErr w:type="spellEnd"/>
      <w:r>
        <w:t xml:space="preserve"> в </w:t>
      </w:r>
      <w:proofErr w:type="spellStart"/>
      <w:r>
        <w:t>течение</w:t>
      </w:r>
      <w:proofErr w:type="spellEnd"/>
      <w:r>
        <w:t xml:space="preserve"> 5 </w:t>
      </w:r>
      <w:proofErr w:type="spellStart"/>
      <w:r>
        <w:t>рабочих</w:t>
      </w:r>
      <w:proofErr w:type="spellEnd"/>
      <w:r>
        <w:t xml:space="preserve"> </w:t>
      </w:r>
      <w:proofErr w:type="spellStart"/>
      <w:r>
        <w:t>дней</w:t>
      </w:r>
      <w:proofErr w:type="spellEnd"/>
      <w:r>
        <w:t xml:space="preserve"> </w:t>
      </w:r>
      <w:proofErr w:type="spellStart"/>
      <w:r>
        <w:t>совместно</w:t>
      </w:r>
      <w:proofErr w:type="spellEnd"/>
      <w:r>
        <w:t xml:space="preserve"> </w:t>
      </w:r>
      <w:proofErr w:type="spellStart"/>
      <w:r>
        <w:t>обеспечивают</w:t>
      </w:r>
      <w:proofErr w:type="spellEnd"/>
      <w:r>
        <w:t xml:space="preserve"> </w:t>
      </w:r>
      <w:proofErr w:type="spellStart"/>
      <w:r>
        <w:t>подачу</w:t>
      </w:r>
      <w:proofErr w:type="spellEnd"/>
      <w:r>
        <w:t xml:space="preserve"> </w:t>
      </w:r>
      <w:proofErr w:type="spellStart"/>
      <w:r>
        <w:t>необходимых</w:t>
      </w:r>
      <w:proofErr w:type="spellEnd"/>
      <w:r>
        <w:t xml:space="preserve"> </w:t>
      </w:r>
      <w:proofErr w:type="spellStart"/>
      <w:r>
        <w:t>заявлений</w:t>
      </w:r>
      <w:proofErr w:type="spellEnd"/>
      <w:r>
        <w:t xml:space="preserve"> и </w:t>
      </w:r>
      <w:proofErr w:type="spellStart"/>
      <w:r>
        <w:t>документов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государственную</w:t>
      </w:r>
      <w:proofErr w:type="spellEnd"/>
      <w:r>
        <w:t xml:space="preserve"> </w:t>
      </w:r>
      <w:proofErr w:type="spellStart"/>
      <w:r>
        <w:t>регистрацию</w:t>
      </w:r>
      <w:proofErr w:type="spellEnd"/>
      <w:r>
        <w:t xml:space="preserve"> </w:t>
      </w:r>
      <w:proofErr w:type="spellStart"/>
      <w:r>
        <w:t>перехода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. </w:t>
      </w:r>
    </w:p>
    <w:p w:rsidR="00E026CC" w:rsidRDefault="002715FA">
      <w:pPr>
        <w:ind w:firstLine="360"/>
        <w:rPr>
          <w:b/>
        </w:rPr>
      </w:pPr>
      <w:r>
        <w:rPr>
          <w:b/>
        </w:rPr>
        <w:t>3.</w:t>
      </w:r>
      <w:r w:rsidR="0039739F">
        <w:rPr>
          <w:b/>
          <w:lang w:val="ru-RU"/>
        </w:rPr>
        <w:t>2</w:t>
      </w:r>
      <w:r>
        <w:rPr>
          <w:b/>
        </w:rPr>
        <w:t xml:space="preserve">. </w:t>
      </w:r>
      <w:r w:rsidR="00E026CC">
        <w:rPr>
          <w:b/>
          <w:lang w:val="ru-RU"/>
        </w:rPr>
        <w:t>Р</w:t>
      </w:r>
      <w:proofErr w:type="spellStart"/>
      <w:r>
        <w:rPr>
          <w:b/>
        </w:rPr>
        <w:t>асходы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связанные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государственной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регистрацией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перехода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собственности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r w:rsidR="0039739F">
        <w:rPr>
          <w:b/>
          <w:lang w:val="ru-RU"/>
        </w:rPr>
        <w:t>Машино-место</w:t>
      </w:r>
      <w:r>
        <w:rPr>
          <w:b/>
        </w:rPr>
        <w:t xml:space="preserve"> и </w:t>
      </w:r>
      <w:proofErr w:type="spellStart"/>
      <w:r>
        <w:rPr>
          <w:b/>
        </w:rPr>
        <w:t>права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собственности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Покупателя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возлагаются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Покупателя</w:t>
      </w:r>
      <w:proofErr w:type="spellEnd"/>
      <w:r w:rsidR="00E026CC">
        <w:rPr>
          <w:b/>
          <w:lang w:val="ru-RU"/>
        </w:rPr>
        <w:t xml:space="preserve">. </w:t>
      </w:r>
      <w:r>
        <w:rPr>
          <w:b/>
        </w:rPr>
        <w:t xml:space="preserve"> </w:t>
      </w:r>
    </w:p>
    <w:p w:rsidR="00255CC9" w:rsidRPr="00D05BCE" w:rsidRDefault="002715FA">
      <w:pPr>
        <w:ind w:firstLine="360"/>
        <w:rPr>
          <w:color w:val="auto"/>
        </w:rPr>
      </w:pPr>
      <w:r>
        <w:t>3.</w:t>
      </w:r>
      <w:r w:rsidR="0039739F">
        <w:rPr>
          <w:lang w:val="ru-RU"/>
        </w:rPr>
        <w:t>3</w:t>
      </w:r>
      <w:r>
        <w:t xml:space="preserve">.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собственности</w:t>
      </w:r>
      <w:proofErr w:type="spellEnd"/>
      <w:r>
        <w:t xml:space="preserve"> </w:t>
      </w:r>
      <w:proofErr w:type="spellStart"/>
      <w:r>
        <w:t>Покупателя</w:t>
      </w:r>
      <w:proofErr w:type="spellEnd"/>
      <w:r>
        <w:t xml:space="preserve"> </w:t>
      </w:r>
      <w:proofErr w:type="spellStart"/>
      <w:r>
        <w:t>возникает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внесения</w:t>
      </w:r>
      <w:proofErr w:type="spellEnd"/>
      <w:r>
        <w:t xml:space="preserve"> </w:t>
      </w:r>
      <w:proofErr w:type="spellStart"/>
      <w:r>
        <w:t>соответствующей</w:t>
      </w:r>
      <w:proofErr w:type="spellEnd"/>
      <w:r>
        <w:t xml:space="preserve"> </w:t>
      </w:r>
      <w:proofErr w:type="spellStart"/>
      <w:r>
        <w:t>записи</w:t>
      </w:r>
      <w:proofErr w:type="spellEnd"/>
      <w:r>
        <w:t xml:space="preserve"> в ЕГРН. </w:t>
      </w:r>
      <w:proofErr w:type="spellStart"/>
      <w:r>
        <w:t>Подписание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полная</w:t>
      </w:r>
      <w:proofErr w:type="spellEnd"/>
      <w:r>
        <w:t xml:space="preserve"> </w:t>
      </w:r>
      <w:proofErr w:type="spellStart"/>
      <w:r>
        <w:t>оплата</w:t>
      </w:r>
      <w:proofErr w:type="spellEnd"/>
      <w:r>
        <w:t xml:space="preserve"> и </w:t>
      </w:r>
      <w:proofErr w:type="spellStart"/>
      <w:r>
        <w:t>подписание</w:t>
      </w:r>
      <w:proofErr w:type="spellEnd"/>
      <w:r>
        <w:t xml:space="preserve"> </w:t>
      </w:r>
      <w:proofErr w:type="spellStart"/>
      <w:r w:rsidRPr="00D05BCE">
        <w:rPr>
          <w:color w:val="auto"/>
        </w:rPr>
        <w:t>передаточного</w:t>
      </w:r>
      <w:proofErr w:type="spellEnd"/>
      <w:r w:rsidRPr="00D05BCE">
        <w:rPr>
          <w:color w:val="auto"/>
        </w:rPr>
        <w:t xml:space="preserve"> </w:t>
      </w:r>
      <w:proofErr w:type="spellStart"/>
      <w:r w:rsidRPr="00D05BCE">
        <w:rPr>
          <w:color w:val="auto"/>
        </w:rPr>
        <w:t>акта</w:t>
      </w:r>
      <w:proofErr w:type="spellEnd"/>
      <w:r w:rsidRPr="00D05BCE">
        <w:rPr>
          <w:color w:val="auto"/>
        </w:rPr>
        <w:t xml:space="preserve"> </w:t>
      </w:r>
      <w:proofErr w:type="spellStart"/>
      <w:r w:rsidRPr="00D05BCE">
        <w:rPr>
          <w:color w:val="auto"/>
        </w:rPr>
        <w:t>сами</w:t>
      </w:r>
      <w:proofErr w:type="spellEnd"/>
      <w:r w:rsidRPr="00D05BCE">
        <w:rPr>
          <w:color w:val="auto"/>
        </w:rPr>
        <w:t xml:space="preserve"> </w:t>
      </w:r>
      <w:proofErr w:type="spellStart"/>
      <w:r w:rsidRPr="00D05BCE">
        <w:rPr>
          <w:color w:val="auto"/>
        </w:rPr>
        <w:t>по</w:t>
      </w:r>
      <w:proofErr w:type="spellEnd"/>
      <w:r w:rsidRPr="00D05BCE">
        <w:rPr>
          <w:color w:val="auto"/>
        </w:rPr>
        <w:t xml:space="preserve"> </w:t>
      </w:r>
      <w:proofErr w:type="spellStart"/>
      <w:r w:rsidRPr="00D05BCE">
        <w:rPr>
          <w:color w:val="auto"/>
        </w:rPr>
        <w:t>себе</w:t>
      </w:r>
      <w:proofErr w:type="spellEnd"/>
      <w:r w:rsidRPr="00D05BCE">
        <w:rPr>
          <w:color w:val="auto"/>
        </w:rPr>
        <w:t xml:space="preserve"> </w:t>
      </w:r>
      <w:proofErr w:type="spellStart"/>
      <w:r w:rsidRPr="00D05BCE">
        <w:rPr>
          <w:color w:val="auto"/>
        </w:rPr>
        <w:t>не</w:t>
      </w:r>
      <w:proofErr w:type="spellEnd"/>
      <w:r w:rsidRPr="00D05BCE">
        <w:rPr>
          <w:color w:val="auto"/>
        </w:rPr>
        <w:t xml:space="preserve"> </w:t>
      </w:r>
      <w:proofErr w:type="spellStart"/>
      <w:r w:rsidRPr="00D05BCE">
        <w:rPr>
          <w:color w:val="auto"/>
        </w:rPr>
        <w:t>влекут</w:t>
      </w:r>
      <w:proofErr w:type="spellEnd"/>
      <w:r w:rsidRPr="00D05BCE">
        <w:rPr>
          <w:color w:val="auto"/>
        </w:rPr>
        <w:t xml:space="preserve"> </w:t>
      </w:r>
      <w:proofErr w:type="spellStart"/>
      <w:r w:rsidRPr="00D05BCE">
        <w:rPr>
          <w:color w:val="auto"/>
        </w:rPr>
        <w:t>возникновения</w:t>
      </w:r>
      <w:proofErr w:type="spellEnd"/>
      <w:r w:rsidRPr="00D05BCE">
        <w:rPr>
          <w:color w:val="auto"/>
        </w:rPr>
        <w:t xml:space="preserve"> </w:t>
      </w:r>
      <w:proofErr w:type="spellStart"/>
      <w:r w:rsidRPr="00D05BCE">
        <w:rPr>
          <w:color w:val="auto"/>
        </w:rPr>
        <w:t>права</w:t>
      </w:r>
      <w:proofErr w:type="spellEnd"/>
      <w:r w:rsidRPr="00D05BCE">
        <w:rPr>
          <w:color w:val="auto"/>
        </w:rPr>
        <w:t xml:space="preserve"> </w:t>
      </w:r>
      <w:proofErr w:type="spellStart"/>
      <w:r w:rsidRPr="00D05BCE">
        <w:rPr>
          <w:color w:val="auto"/>
        </w:rPr>
        <w:t>собственности</w:t>
      </w:r>
      <w:proofErr w:type="spellEnd"/>
      <w:r w:rsidRPr="00D05BCE">
        <w:rPr>
          <w:color w:val="auto"/>
        </w:rPr>
        <w:t xml:space="preserve"> </w:t>
      </w:r>
      <w:proofErr w:type="spellStart"/>
      <w:r w:rsidRPr="00D05BCE">
        <w:rPr>
          <w:color w:val="auto"/>
        </w:rPr>
        <w:t>Покупателя</w:t>
      </w:r>
      <w:proofErr w:type="spellEnd"/>
      <w:r w:rsidRPr="00D05BCE">
        <w:rPr>
          <w:color w:val="auto"/>
        </w:rPr>
        <w:t>.</w:t>
      </w:r>
    </w:p>
    <w:p w:rsidR="00255CC9" w:rsidRPr="00572EDF" w:rsidRDefault="002715FA">
      <w:pPr>
        <w:pStyle w:val="1"/>
        <w:rPr>
          <w:color w:val="auto"/>
          <w:lang w:val="ru-RU"/>
        </w:rPr>
      </w:pPr>
      <w:r w:rsidRPr="00D05BCE">
        <w:rPr>
          <w:color w:val="auto"/>
        </w:rPr>
        <w:t xml:space="preserve">4 </w:t>
      </w:r>
      <w:proofErr w:type="spellStart"/>
      <w:r w:rsidRPr="00D05BCE">
        <w:rPr>
          <w:color w:val="auto"/>
        </w:rPr>
        <w:t>Передача</w:t>
      </w:r>
      <w:proofErr w:type="spellEnd"/>
      <w:r w:rsidRPr="00D05BCE">
        <w:rPr>
          <w:color w:val="auto"/>
        </w:rPr>
        <w:t xml:space="preserve"> </w:t>
      </w:r>
      <w:r w:rsidR="00572EDF">
        <w:rPr>
          <w:color w:val="auto"/>
          <w:lang w:val="ru-RU"/>
        </w:rPr>
        <w:t>Машино-места</w:t>
      </w:r>
    </w:p>
    <w:p w:rsidR="0080780E" w:rsidRDefault="002715FA">
      <w:pPr>
        <w:ind w:firstLine="360"/>
      </w:pPr>
      <w:r>
        <w:t xml:space="preserve">4.1. </w:t>
      </w:r>
      <w:proofErr w:type="spellStart"/>
      <w:r>
        <w:t>Передача</w:t>
      </w:r>
      <w:proofErr w:type="spellEnd"/>
      <w:r>
        <w:t xml:space="preserve"> </w:t>
      </w:r>
      <w:r w:rsidR="00572EDF">
        <w:rPr>
          <w:lang w:val="ru-RU"/>
        </w:rPr>
        <w:t>Машино-места</w:t>
      </w:r>
      <w:r>
        <w:t xml:space="preserve"> </w:t>
      </w:r>
      <w:proofErr w:type="spellStart"/>
      <w:r>
        <w:t>производится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передаточному</w:t>
      </w:r>
      <w:proofErr w:type="spellEnd"/>
      <w:r>
        <w:t xml:space="preserve"> </w:t>
      </w:r>
      <w:proofErr w:type="spellStart"/>
      <w:r>
        <w:t>акту</w:t>
      </w:r>
      <w:proofErr w:type="spellEnd"/>
      <w:r>
        <w:t xml:space="preserve"> в </w:t>
      </w:r>
      <w:proofErr w:type="spellStart"/>
      <w:r>
        <w:t>течение</w:t>
      </w:r>
      <w:proofErr w:type="spellEnd"/>
      <w:r>
        <w:t xml:space="preserve"> 10 </w:t>
      </w:r>
      <w:proofErr w:type="spellStart"/>
      <w:r>
        <w:t>рабочих</w:t>
      </w:r>
      <w:proofErr w:type="spellEnd"/>
      <w:r>
        <w:t xml:space="preserve"> </w:t>
      </w:r>
      <w:proofErr w:type="spellStart"/>
      <w:r>
        <w:t>дней</w:t>
      </w:r>
      <w:proofErr w:type="spellEnd"/>
      <w:r>
        <w:t xml:space="preserve"> </w:t>
      </w:r>
      <w:proofErr w:type="spellStart"/>
      <w:r>
        <w:t>после</w:t>
      </w:r>
      <w:proofErr w:type="spellEnd"/>
      <w:r w:rsidR="0080780E">
        <w:rPr>
          <w:lang w:val="ru-RU"/>
        </w:rPr>
        <w:t xml:space="preserve"> полной оплаты цены договора </w:t>
      </w:r>
      <w:proofErr w:type="spellStart"/>
      <w:r>
        <w:t>Покупател</w:t>
      </w:r>
      <w:proofErr w:type="spellEnd"/>
      <w:r w:rsidR="0080780E">
        <w:rPr>
          <w:lang w:val="ru-RU"/>
        </w:rPr>
        <w:t>ем</w:t>
      </w:r>
      <w:r>
        <w:t xml:space="preserve">. </w:t>
      </w:r>
    </w:p>
    <w:p w:rsidR="0080780E" w:rsidRDefault="00572EDF">
      <w:pPr>
        <w:ind w:firstLine="360"/>
      </w:pPr>
      <w:r>
        <w:t>4.2</w:t>
      </w:r>
      <w:r w:rsidR="002715FA">
        <w:t xml:space="preserve">. </w:t>
      </w:r>
      <w:proofErr w:type="spellStart"/>
      <w:r w:rsidR="002715FA">
        <w:t>Покупатель</w:t>
      </w:r>
      <w:proofErr w:type="spellEnd"/>
      <w:r w:rsidR="002715FA">
        <w:t xml:space="preserve"> </w:t>
      </w:r>
      <w:proofErr w:type="spellStart"/>
      <w:r w:rsidR="002715FA">
        <w:t>до</w:t>
      </w:r>
      <w:proofErr w:type="spellEnd"/>
      <w:r w:rsidR="002715FA">
        <w:t xml:space="preserve"> </w:t>
      </w:r>
      <w:proofErr w:type="spellStart"/>
      <w:r w:rsidR="002715FA">
        <w:t>подписания</w:t>
      </w:r>
      <w:proofErr w:type="spellEnd"/>
      <w:r w:rsidR="002715FA">
        <w:t xml:space="preserve"> </w:t>
      </w:r>
      <w:proofErr w:type="spellStart"/>
      <w:r w:rsidR="002715FA">
        <w:t>договора</w:t>
      </w:r>
      <w:proofErr w:type="spellEnd"/>
      <w:r w:rsidR="002715FA">
        <w:t xml:space="preserve"> </w:t>
      </w:r>
      <w:proofErr w:type="spellStart"/>
      <w:r w:rsidR="002715FA">
        <w:t>ознакомлен</w:t>
      </w:r>
      <w:proofErr w:type="spellEnd"/>
      <w:r w:rsidR="002715FA">
        <w:t xml:space="preserve"> с </w:t>
      </w:r>
      <w:proofErr w:type="spellStart"/>
      <w:r w:rsidR="002715FA">
        <w:t>документами</w:t>
      </w:r>
      <w:proofErr w:type="spellEnd"/>
      <w:r w:rsidR="002715FA">
        <w:t xml:space="preserve"> </w:t>
      </w:r>
      <w:proofErr w:type="spellStart"/>
      <w:r w:rsidR="002715FA">
        <w:t>по</w:t>
      </w:r>
      <w:proofErr w:type="spellEnd"/>
      <w:r w:rsidR="002715FA">
        <w:t xml:space="preserve"> </w:t>
      </w:r>
      <w:proofErr w:type="spellStart"/>
      <w:r w:rsidR="002715FA">
        <w:t>лоту</w:t>
      </w:r>
      <w:proofErr w:type="spellEnd"/>
      <w:r w:rsidR="002715FA">
        <w:t xml:space="preserve">, </w:t>
      </w:r>
      <w:proofErr w:type="spellStart"/>
      <w:r w:rsidR="002715FA">
        <w:t>доступными</w:t>
      </w:r>
      <w:proofErr w:type="spellEnd"/>
      <w:r w:rsidR="002715FA">
        <w:t xml:space="preserve"> </w:t>
      </w:r>
      <w:proofErr w:type="spellStart"/>
      <w:r w:rsidR="002715FA">
        <w:t>сведениями</w:t>
      </w:r>
      <w:proofErr w:type="spellEnd"/>
      <w:r w:rsidR="002715FA">
        <w:t xml:space="preserve"> о </w:t>
      </w:r>
      <w:proofErr w:type="spellStart"/>
      <w:r w:rsidR="002715FA">
        <w:t>состоянии</w:t>
      </w:r>
      <w:proofErr w:type="spellEnd"/>
      <w:r w:rsidR="002715FA">
        <w:t xml:space="preserve"> </w:t>
      </w:r>
      <w:r>
        <w:rPr>
          <w:lang w:val="ru-RU"/>
        </w:rPr>
        <w:t>Машино-места</w:t>
      </w:r>
      <w:r w:rsidR="002715FA">
        <w:t xml:space="preserve">. </w:t>
      </w:r>
    </w:p>
    <w:p w:rsidR="00255CC9" w:rsidRDefault="002715FA">
      <w:pPr>
        <w:ind w:firstLine="360"/>
      </w:pPr>
      <w:r>
        <w:t xml:space="preserve">4.5. </w:t>
      </w:r>
      <w:proofErr w:type="spellStart"/>
      <w:r>
        <w:t>Расходы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содержанию</w:t>
      </w:r>
      <w:proofErr w:type="spellEnd"/>
      <w:r>
        <w:t xml:space="preserve"> </w:t>
      </w:r>
      <w:proofErr w:type="spellStart"/>
      <w:r w:rsidR="00D94132">
        <w:rPr>
          <w:lang w:val="ru-RU"/>
        </w:rPr>
        <w:t>машино</w:t>
      </w:r>
      <w:proofErr w:type="spellEnd"/>
      <w:r w:rsidR="00D94132">
        <w:rPr>
          <w:lang w:val="ru-RU"/>
        </w:rPr>
        <w:t>-места</w:t>
      </w:r>
      <w:r>
        <w:t xml:space="preserve"> и </w:t>
      </w:r>
      <w:proofErr w:type="spellStart"/>
      <w:r>
        <w:t>обязательные</w:t>
      </w:r>
      <w:proofErr w:type="spellEnd"/>
      <w:r>
        <w:t xml:space="preserve"> </w:t>
      </w:r>
      <w:proofErr w:type="spellStart"/>
      <w:r>
        <w:t>платежи</w:t>
      </w:r>
      <w:proofErr w:type="spellEnd"/>
      <w:r>
        <w:t xml:space="preserve"> </w:t>
      </w:r>
      <w:proofErr w:type="spellStart"/>
      <w:r>
        <w:t>распределяются</w:t>
      </w:r>
      <w:proofErr w:type="spellEnd"/>
      <w:r>
        <w:t xml:space="preserve"> в </w:t>
      </w:r>
      <w:proofErr w:type="spellStart"/>
      <w:r>
        <w:t>соответствии</w:t>
      </w:r>
      <w:proofErr w:type="spellEnd"/>
      <w:r>
        <w:t xml:space="preserve"> с </w:t>
      </w:r>
      <w:proofErr w:type="spellStart"/>
      <w:r>
        <w:t>законом</w:t>
      </w:r>
      <w:proofErr w:type="spellEnd"/>
      <w:r>
        <w:t xml:space="preserve"> с </w:t>
      </w:r>
      <w:proofErr w:type="spellStart"/>
      <w:r>
        <w:t>учетом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возникновения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собственности</w:t>
      </w:r>
      <w:proofErr w:type="spellEnd"/>
      <w:r>
        <w:t xml:space="preserve"> и </w:t>
      </w:r>
      <w:proofErr w:type="spellStart"/>
      <w:r>
        <w:t>фактической</w:t>
      </w:r>
      <w:proofErr w:type="spellEnd"/>
      <w:r>
        <w:t xml:space="preserve"> </w:t>
      </w:r>
      <w:proofErr w:type="spellStart"/>
      <w:r>
        <w:t>передачи</w:t>
      </w:r>
      <w:proofErr w:type="spellEnd"/>
      <w:r>
        <w:t xml:space="preserve">. </w:t>
      </w:r>
      <w:proofErr w:type="spellStart"/>
      <w:r>
        <w:t>Сведения</w:t>
      </w:r>
      <w:proofErr w:type="spellEnd"/>
      <w:r>
        <w:t xml:space="preserve"> о </w:t>
      </w:r>
      <w:proofErr w:type="spellStart"/>
      <w:r>
        <w:t>задолженности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взносам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капитальный</w:t>
      </w:r>
      <w:proofErr w:type="spellEnd"/>
      <w:r>
        <w:t xml:space="preserve"> </w:t>
      </w:r>
      <w:proofErr w:type="spellStart"/>
      <w:r>
        <w:t>ремонт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дату</w:t>
      </w:r>
      <w:proofErr w:type="spellEnd"/>
      <w:r>
        <w:t xml:space="preserve"> </w:t>
      </w:r>
      <w:proofErr w:type="spellStart"/>
      <w:r>
        <w:t>заключения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>: [</w:t>
      </w:r>
      <w:proofErr w:type="spellStart"/>
      <w:r>
        <w:t>сумма</w:t>
      </w:r>
      <w:proofErr w:type="spellEnd"/>
      <w:r>
        <w:t xml:space="preserve">, </w:t>
      </w:r>
      <w:proofErr w:type="spellStart"/>
      <w:r>
        <w:t>период</w:t>
      </w:r>
      <w:proofErr w:type="spellEnd"/>
      <w:r>
        <w:t xml:space="preserve">, </w:t>
      </w:r>
      <w:proofErr w:type="spellStart"/>
      <w:r>
        <w:t>документ</w:t>
      </w:r>
      <w:proofErr w:type="spellEnd"/>
      <w:r>
        <w:t xml:space="preserve">]; </w:t>
      </w:r>
      <w:proofErr w:type="spellStart"/>
      <w:r>
        <w:t>последствия</w:t>
      </w:r>
      <w:proofErr w:type="spellEnd"/>
      <w:r>
        <w:t xml:space="preserve"> </w:t>
      </w:r>
      <w:proofErr w:type="spellStart"/>
      <w:r>
        <w:t>ее</w:t>
      </w:r>
      <w:proofErr w:type="spellEnd"/>
      <w:r>
        <w:t xml:space="preserve"> </w:t>
      </w:r>
      <w:proofErr w:type="spellStart"/>
      <w:r>
        <w:t>наличия</w:t>
      </w:r>
      <w:proofErr w:type="spellEnd"/>
      <w:r>
        <w:t xml:space="preserve"> </w:t>
      </w:r>
      <w:proofErr w:type="spellStart"/>
      <w:r>
        <w:t>определяются</w:t>
      </w:r>
      <w:proofErr w:type="spellEnd"/>
      <w:r>
        <w:t xml:space="preserve"> </w:t>
      </w:r>
      <w:proofErr w:type="spellStart"/>
      <w:r>
        <w:t>жилищным</w:t>
      </w:r>
      <w:proofErr w:type="spellEnd"/>
      <w:r>
        <w:t xml:space="preserve"> </w:t>
      </w:r>
      <w:proofErr w:type="spellStart"/>
      <w:r>
        <w:t>законодательством</w:t>
      </w:r>
      <w:proofErr w:type="spellEnd"/>
      <w:r>
        <w:t>.</w:t>
      </w:r>
    </w:p>
    <w:p w:rsidR="00255CC9" w:rsidRDefault="002715FA">
      <w:pPr>
        <w:pStyle w:val="1"/>
      </w:pPr>
      <w:r>
        <w:t xml:space="preserve">5 </w:t>
      </w:r>
      <w:proofErr w:type="spellStart"/>
      <w:r>
        <w:t>Ответственность</w:t>
      </w:r>
      <w:proofErr w:type="spellEnd"/>
      <w:r>
        <w:t xml:space="preserve"> и </w:t>
      </w:r>
      <w:proofErr w:type="spellStart"/>
      <w:r>
        <w:t>разрешение</w:t>
      </w:r>
      <w:proofErr w:type="spellEnd"/>
      <w:r>
        <w:t xml:space="preserve"> </w:t>
      </w:r>
      <w:proofErr w:type="spellStart"/>
      <w:r>
        <w:t>споров</w:t>
      </w:r>
      <w:proofErr w:type="spellEnd"/>
    </w:p>
    <w:p w:rsidR="0080780E" w:rsidRDefault="002715FA">
      <w:pPr>
        <w:ind w:firstLine="360"/>
      </w:pPr>
      <w:r>
        <w:t xml:space="preserve">5.1.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неисполнение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ненадлежащее</w:t>
      </w:r>
      <w:proofErr w:type="spellEnd"/>
      <w:r>
        <w:t xml:space="preserve"> </w:t>
      </w:r>
      <w:proofErr w:type="spellStart"/>
      <w:r>
        <w:t>исполнение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Стороны</w:t>
      </w:r>
      <w:proofErr w:type="spellEnd"/>
      <w:r>
        <w:t xml:space="preserve"> </w:t>
      </w:r>
      <w:proofErr w:type="spellStart"/>
      <w:r>
        <w:t>несут</w:t>
      </w:r>
      <w:proofErr w:type="spellEnd"/>
      <w:r>
        <w:t xml:space="preserve"> </w:t>
      </w:r>
      <w:proofErr w:type="spellStart"/>
      <w:r>
        <w:t>ответственность</w:t>
      </w:r>
      <w:proofErr w:type="spellEnd"/>
      <w:r>
        <w:t xml:space="preserve">, </w:t>
      </w:r>
      <w:proofErr w:type="spellStart"/>
      <w:r>
        <w:t>установленную</w:t>
      </w:r>
      <w:proofErr w:type="spellEnd"/>
      <w:r>
        <w:t xml:space="preserve"> </w:t>
      </w:r>
      <w:proofErr w:type="spellStart"/>
      <w:r>
        <w:t>законодательством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 xml:space="preserve">. </w:t>
      </w:r>
    </w:p>
    <w:p w:rsidR="00255CC9" w:rsidRDefault="002715FA">
      <w:pPr>
        <w:ind w:firstLine="360"/>
      </w:pPr>
      <w:r>
        <w:t xml:space="preserve">5.3. </w:t>
      </w:r>
      <w:proofErr w:type="spellStart"/>
      <w:r>
        <w:t>Споры</w:t>
      </w:r>
      <w:proofErr w:type="spellEnd"/>
      <w:r>
        <w:t xml:space="preserve"> </w:t>
      </w:r>
      <w:proofErr w:type="spellStart"/>
      <w:r>
        <w:t>разрешаются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переговоров</w:t>
      </w:r>
      <w:proofErr w:type="spellEnd"/>
      <w:r>
        <w:t xml:space="preserve">, а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недостижении</w:t>
      </w:r>
      <w:proofErr w:type="spellEnd"/>
      <w:r>
        <w:t xml:space="preserve"> </w:t>
      </w:r>
      <w:proofErr w:type="spellStart"/>
      <w:r>
        <w:t>соглашения</w:t>
      </w:r>
      <w:proofErr w:type="spellEnd"/>
      <w:r>
        <w:t xml:space="preserve"> — </w:t>
      </w:r>
      <w:proofErr w:type="spellStart"/>
      <w:r>
        <w:t>компетентным</w:t>
      </w:r>
      <w:proofErr w:type="spellEnd"/>
      <w:r>
        <w:t xml:space="preserve"> </w:t>
      </w:r>
      <w:proofErr w:type="spellStart"/>
      <w:r>
        <w:t>судом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правилам</w:t>
      </w:r>
      <w:proofErr w:type="spellEnd"/>
      <w:r>
        <w:t xml:space="preserve"> </w:t>
      </w:r>
      <w:proofErr w:type="spellStart"/>
      <w:r>
        <w:t>подведомственности</w:t>
      </w:r>
      <w:proofErr w:type="spellEnd"/>
      <w:r>
        <w:t xml:space="preserve"> и </w:t>
      </w:r>
      <w:proofErr w:type="spellStart"/>
      <w:r>
        <w:t>подсудности</w:t>
      </w:r>
      <w:proofErr w:type="spellEnd"/>
      <w:r>
        <w:t xml:space="preserve">. </w:t>
      </w:r>
      <w:proofErr w:type="spellStart"/>
      <w:r>
        <w:t>Разногласия</w:t>
      </w:r>
      <w:proofErr w:type="spellEnd"/>
      <w:r>
        <w:t xml:space="preserve">, </w:t>
      </w:r>
      <w:proofErr w:type="spellStart"/>
      <w:r>
        <w:t>подлежащие</w:t>
      </w:r>
      <w:proofErr w:type="spellEnd"/>
      <w:r>
        <w:t xml:space="preserve"> </w:t>
      </w:r>
      <w:proofErr w:type="spellStart"/>
      <w:r>
        <w:t>рассмотрению</w:t>
      </w:r>
      <w:proofErr w:type="spellEnd"/>
      <w:r>
        <w:t xml:space="preserve"> в </w:t>
      </w:r>
      <w:proofErr w:type="spellStart"/>
      <w:r>
        <w:t>деле</w:t>
      </w:r>
      <w:proofErr w:type="spellEnd"/>
      <w:r>
        <w:t xml:space="preserve"> о </w:t>
      </w:r>
      <w:proofErr w:type="spellStart"/>
      <w:r>
        <w:t>банкротстве</w:t>
      </w:r>
      <w:proofErr w:type="spellEnd"/>
      <w:r>
        <w:t xml:space="preserve">, </w:t>
      </w:r>
      <w:proofErr w:type="spellStart"/>
      <w:r>
        <w:t>разрешаются</w:t>
      </w:r>
      <w:proofErr w:type="spellEnd"/>
      <w:r>
        <w:t xml:space="preserve"> </w:t>
      </w:r>
      <w:proofErr w:type="spellStart"/>
      <w:r>
        <w:t>Арбитражным</w:t>
      </w:r>
      <w:proofErr w:type="spellEnd"/>
      <w:r>
        <w:t xml:space="preserve"> </w:t>
      </w:r>
      <w:proofErr w:type="spellStart"/>
      <w:r>
        <w:t>судом</w:t>
      </w:r>
      <w:proofErr w:type="spellEnd"/>
      <w:r>
        <w:t xml:space="preserve"> </w:t>
      </w:r>
      <w:proofErr w:type="spellStart"/>
      <w:r>
        <w:t>Московской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в </w:t>
      </w:r>
      <w:proofErr w:type="spellStart"/>
      <w:r>
        <w:t>рамках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 № А41-36091/17.</w:t>
      </w:r>
    </w:p>
    <w:p w:rsidR="00255CC9" w:rsidRDefault="002715FA">
      <w:pPr>
        <w:pStyle w:val="1"/>
      </w:pPr>
      <w:r>
        <w:t xml:space="preserve">6 </w:t>
      </w:r>
      <w:proofErr w:type="spellStart"/>
      <w:r>
        <w:t>Заключительные</w:t>
      </w:r>
      <w:proofErr w:type="spellEnd"/>
      <w:r>
        <w:t xml:space="preserve"> </w:t>
      </w:r>
      <w:proofErr w:type="spellStart"/>
      <w:r>
        <w:t>положения</w:t>
      </w:r>
      <w:proofErr w:type="spellEnd"/>
    </w:p>
    <w:p w:rsidR="00D94132" w:rsidRDefault="002715FA">
      <w:pPr>
        <w:ind w:firstLine="360"/>
      </w:pPr>
      <w:r>
        <w:t xml:space="preserve">6.1.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вступает</w:t>
      </w:r>
      <w:proofErr w:type="spellEnd"/>
      <w:r>
        <w:t xml:space="preserve"> в </w:t>
      </w:r>
      <w:proofErr w:type="spellStart"/>
      <w:r>
        <w:t>силу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подписания</w:t>
      </w:r>
      <w:proofErr w:type="spellEnd"/>
      <w:r>
        <w:t xml:space="preserve"> </w:t>
      </w:r>
      <w:proofErr w:type="spellStart"/>
      <w:r>
        <w:t>Сторонами</w:t>
      </w:r>
      <w:proofErr w:type="spellEnd"/>
      <w:r>
        <w:t xml:space="preserve"> и </w:t>
      </w:r>
      <w:proofErr w:type="spellStart"/>
      <w:r>
        <w:t>действует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исполнения</w:t>
      </w:r>
      <w:proofErr w:type="spellEnd"/>
      <w:r>
        <w:t xml:space="preserve"> </w:t>
      </w:r>
      <w:proofErr w:type="spellStart"/>
      <w:r>
        <w:t>обязательств</w:t>
      </w:r>
      <w:proofErr w:type="spellEnd"/>
      <w:r>
        <w:t xml:space="preserve">. </w:t>
      </w:r>
    </w:p>
    <w:p w:rsidR="00255CC9" w:rsidRDefault="002715FA">
      <w:pPr>
        <w:ind w:firstLine="360"/>
      </w:pPr>
      <w:r>
        <w:t xml:space="preserve">6.2. </w:t>
      </w:r>
      <w:proofErr w:type="spellStart"/>
      <w:r>
        <w:t>Изменения</w:t>
      </w:r>
      <w:proofErr w:type="spellEnd"/>
      <w:r>
        <w:t xml:space="preserve"> </w:t>
      </w:r>
      <w:proofErr w:type="spellStart"/>
      <w:r>
        <w:t>оформляются</w:t>
      </w:r>
      <w:proofErr w:type="spellEnd"/>
      <w:r>
        <w:t xml:space="preserve"> </w:t>
      </w:r>
      <w:proofErr w:type="spellStart"/>
      <w:r>
        <w:t>письменно</w:t>
      </w:r>
      <w:proofErr w:type="spellEnd"/>
      <w:r>
        <w:t xml:space="preserve"> с </w:t>
      </w:r>
      <w:proofErr w:type="spellStart"/>
      <w:r>
        <w:t>соблюдением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и </w:t>
      </w:r>
      <w:proofErr w:type="spellStart"/>
      <w:r>
        <w:t>утвержденных</w:t>
      </w:r>
      <w:proofErr w:type="spellEnd"/>
      <w:r>
        <w:t xml:space="preserve"> </w:t>
      </w:r>
      <w:proofErr w:type="spellStart"/>
      <w:r>
        <w:t>условий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. </w:t>
      </w:r>
      <w:proofErr w:type="spellStart"/>
      <w:r>
        <w:t>Передаточный</w:t>
      </w:r>
      <w:proofErr w:type="spellEnd"/>
      <w:r>
        <w:t xml:space="preserve"> </w:t>
      </w:r>
      <w:proofErr w:type="spellStart"/>
      <w:r>
        <w:t>акт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неотъемлемой</w:t>
      </w:r>
      <w:proofErr w:type="spellEnd"/>
      <w:r>
        <w:t xml:space="preserve"> </w:t>
      </w:r>
      <w:proofErr w:type="spellStart"/>
      <w:r>
        <w:t>частью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оформляется</w:t>
      </w:r>
      <w:proofErr w:type="spellEnd"/>
      <w:r>
        <w:t xml:space="preserve"> в </w:t>
      </w:r>
      <w:proofErr w:type="spellStart"/>
      <w:r>
        <w:t>необходимом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 xml:space="preserve"> и </w:t>
      </w:r>
      <w:proofErr w:type="spellStart"/>
      <w:r>
        <w:t>государственной</w:t>
      </w:r>
      <w:proofErr w:type="spellEnd"/>
      <w:r>
        <w:t xml:space="preserve"> </w:t>
      </w:r>
      <w:proofErr w:type="spellStart"/>
      <w:r>
        <w:t>регистрации</w:t>
      </w:r>
      <w:proofErr w:type="spellEnd"/>
      <w:r>
        <w:t xml:space="preserve"> </w:t>
      </w:r>
      <w:proofErr w:type="spellStart"/>
      <w:r>
        <w:t>количестве</w:t>
      </w:r>
      <w:proofErr w:type="spellEnd"/>
      <w:r>
        <w:t xml:space="preserve"> </w:t>
      </w:r>
      <w:proofErr w:type="spellStart"/>
      <w:r>
        <w:t>экземпляров</w:t>
      </w:r>
      <w:proofErr w:type="spellEnd"/>
      <w:r>
        <w:t xml:space="preserve"> </w:t>
      </w:r>
      <w:proofErr w:type="spellStart"/>
      <w:r>
        <w:t>либо</w:t>
      </w:r>
      <w:proofErr w:type="spellEnd"/>
      <w:r>
        <w:t xml:space="preserve"> в </w:t>
      </w:r>
      <w:proofErr w:type="spellStart"/>
      <w:r>
        <w:t>электронной</w:t>
      </w:r>
      <w:proofErr w:type="spellEnd"/>
      <w:r>
        <w:t xml:space="preserve"> </w:t>
      </w:r>
      <w:proofErr w:type="spellStart"/>
      <w:r>
        <w:t>форме</w:t>
      </w:r>
      <w:proofErr w:type="spellEnd"/>
      <w:r>
        <w:t xml:space="preserve"> с </w:t>
      </w:r>
      <w:proofErr w:type="spellStart"/>
      <w:r>
        <w:t>надлежащими</w:t>
      </w:r>
      <w:proofErr w:type="spellEnd"/>
      <w:r>
        <w:t xml:space="preserve"> </w:t>
      </w:r>
      <w:proofErr w:type="spellStart"/>
      <w:r>
        <w:t>электронными</w:t>
      </w:r>
      <w:proofErr w:type="spellEnd"/>
      <w:r>
        <w:t xml:space="preserve"> </w:t>
      </w:r>
      <w:proofErr w:type="spellStart"/>
      <w:r>
        <w:t>подписями</w:t>
      </w:r>
      <w:proofErr w:type="spellEnd"/>
      <w:r>
        <w:t>.</w:t>
      </w:r>
    </w:p>
    <w:p w:rsidR="00255CC9" w:rsidRDefault="002715FA">
      <w:pPr>
        <w:ind w:firstLine="360"/>
      </w:pPr>
      <w:r>
        <w:lastRenderedPageBreak/>
        <w:t xml:space="preserve">6.3. </w:t>
      </w:r>
      <w:proofErr w:type="spellStart"/>
      <w:r>
        <w:t>Уведомления</w:t>
      </w:r>
      <w:proofErr w:type="spellEnd"/>
      <w:r>
        <w:t xml:space="preserve"> </w:t>
      </w:r>
      <w:proofErr w:type="spellStart"/>
      <w:r>
        <w:t>направляются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указанным</w:t>
      </w:r>
      <w:proofErr w:type="spellEnd"/>
      <w:r>
        <w:t xml:space="preserve"> в </w:t>
      </w:r>
      <w:proofErr w:type="spellStart"/>
      <w:r>
        <w:t>разделе</w:t>
      </w:r>
      <w:proofErr w:type="spellEnd"/>
      <w:r>
        <w:t xml:space="preserve"> 7 </w:t>
      </w:r>
      <w:proofErr w:type="spellStart"/>
      <w:r>
        <w:t>адресам</w:t>
      </w:r>
      <w:proofErr w:type="spellEnd"/>
      <w:r>
        <w:t xml:space="preserve"> с </w:t>
      </w:r>
      <w:proofErr w:type="spellStart"/>
      <w:r>
        <w:t>подтверждением</w:t>
      </w:r>
      <w:proofErr w:type="spellEnd"/>
      <w:r>
        <w:t xml:space="preserve"> </w:t>
      </w:r>
      <w:proofErr w:type="spellStart"/>
      <w:r>
        <w:t>отправки</w:t>
      </w:r>
      <w:proofErr w:type="spellEnd"/>
      <w:r>
        <w:t xml:space="preserve"> и </w:t>
      </w:r>
      <w:proofErr w:type="spellStart"/>
      <w:r>
        <w:t>получения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изменении</w:t>
      </w:r>
      <w:proofErr w:type="spellEnd"/>
      <w:r>
        <w:t xml:space="preserve"> </w:t>
      </w:r>
      <w:proofErr w:type="spellStart"/>
      <w:r>
        <w:t>реквизитов</w:t>
      </w:r>
      <w:proofErr w:type="spellEnd"/>
      <w:r>
        <w:t xml:space="preserve"> </w:t>
      </w:r>
      <w:proofErr w:type="spellStart"/>
      <w:r>
        <w:t>соответствующая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незамедлительно</w:t>
      </w:r>
      <w:proofErr w:type="spellEnd"/>
      <w:r>
        <w:t xml:space="preserve"> </w:t>
      </w:r>
      <w:proofErr w:type="spellStart"/>
      <w:r>
        <w:t>уведомляет</w:t>
      </w:r>
      <w:proofErr w:type="spellEnd"/>
      <w:r>
        <w:t xml:space="preserve"> </w:t>
      </w:r>
      <w:proofErr w:type="spellStart"/>
      <w:r>
        <w:t>другую</w:t>
      </w:r>
      <w:proofErr w:type="spellEnd"/>
      <w:r>
        <w:t xml:space="preserve"> </w:t>
      </w:r>
      <w:proofErr w:type="spellStart"/>
      <w:r>
        <w:t>Сторону</w:t>
      </w:r>
      <w:proofErr w:type="spellEnd"/>
      <w:r>
        <w:t>.</w:t>
      </w:r>
    </w:p>
    <w:p w:rsidR="00255CC9" w:rsidRDefault="002715FA">
      <w:pPr>
        <w:pStyle w:val="1"/>
      </w:pPr>
      <w:r>
        <w:t xml:space="preserve">7 </w:t>
      </w:r>
      <w:proofErr w:type="spellStart"/>
      <w:r>
        <w:t>Реквизиты</w:t>
      </w:r>
      <w:proofErr w:type="spellEnd"/>
      <w:r>
        <w:t xml:space="preserve"> и </w:t>
      </w:r>
      <w:proofErr w:type="spellStart"/>
      <w:r>
        <w:t>подписи</w:t>
      </w:r>
      <w:proofErr w:type="spellEnd"/>
      <w:r>
        <w:t xml:space="preserve"> </w:t>
      </w:r>
      <w:proofErr w:type="spellStart"/>
      <w:r>
        <w:t>сторон</w:t>
      </w:r>
      <w:proofErr w:type="spellEnd"/>
    </w:p>
    <w:p w:rsidR="00255CC9" w:rsidRDefault="002715FA">
      <w:pPr>
        <w:ind w:firstLine="360"/>
      </w:pPr>
      <w:r>
        <w:t xml:space="preserve">ПРОДАВЕЦ: </w:t>
      </w:r>
      <w:proofErr w:type="spellStart"/>
      <w:r>
        <w:t>Фетисов</w:t>
      </w:r>
      <w:proofErr w:type="spellEnd"/>
      <w:r>
        <w:t xml:space="preserve"> </w:t>
      </w:r>
      <w:proofErr w:type="spellStart"/>
      <w:r>
        <w:t>Николай</w:t>
      </w:r>
      <w:proofErr w:type="spellEnd"/>
      <w:r>
        <w:t xml:space="preserve"> </w:t>
      </w:r>
      <w:proofErr w:type="spellStart"/>
      <w:r>
        <w:t>Викторович</w:t>
      </w:r>
      <w:proofErr w:type="spellEnd"/>
      <w:r>
        <w:t xml:space="preserve">, ИНН 773770149506, СНИЛС 116-719-078 63.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регистрации</w:t>
      </w:r>
      <w:proofErr w:type="spellEnd"/>
      <w:r>
        <w:t xml:space="preserve"> </w:t>
      </w:r>
      <w:proofErr w:type="spellStart"/>
      <w:r>
        <w:t>указан</w:t>
      </w:r>
      <w:proofErr w:type="spellEnd"/>
      <w:r>
        <w:t xml:space="preserve"> в </w:t>
      </w:r>
      <w:proofErr w:type="spellStart"/>
      <w:r>
        <w:t>преамбуле</w:t>
      </w:r>
      <w:proofErr w:type="spellEnd"/>
      <w:r>
        <w:t xml:space="preserve">. </w:t>
      </w:r>
      <w:proofErr w:type="spellStart"/>
      <w:r>
        <w:t>Банковские</w:t>
      </w:r>
      <w:proofErr w:type="spellEnd"/>
      <w:r>
        <w:t xml:space="preserve"> </w:t>
      </w:r>
      <w:proofErr w:type="spellStart"/>
      <w:r>
        <w:t>реквизиты</w:t>
      </w:r>
      <w:proofErr w:type="spellEnd"/>
      <w:r>
        <w:t xml:space="preserve"> — </w:t>
      </w:r>
      <w:proofErr w:type="spellStart"/>
      <w:r>
        <w:t>пункт</w:t>
      </w:r>
      <w:proofErr w:type="spellEnd"/>
      <w:r>
        <w:t xml:space="preserve"> 2.3.</w:t>
      </w:r>
    </w:p>
    <w:p w:rsidR="00255CC9" w:rsidRDefault="002715FA">
      <w:pPr>
        <w:ind w:firstLine="360"/>
      </w:pPr>
      <w:proofErr w:type="spellStart"/>
      <w:r>
        <w:t>От</w:t>
      </w:r>
      <w:proofErr w:type="spellEnd"/>
      <w:r>
        <w:t xml:space="preserve"> </w:t>
      </w:r>
      <w:proofErr w:type="spellStart"/>
      <w:r>
        <w:t>имени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: </w:t>
      </w:r>
      <w:proofErr w:type="spellStart"/>
      <w:r>
        <w:t>финансовый</w:t>
      </w:r>
      <w:proofErr w:type="spellEnd"/>
      <w:r>
        <w:t xml:space="preserve"> </w:t>
      </w:r>
      <w:proofErr w:type="spellStart"/>
      <w:r>
        <w:t>управляющий</w:t>
      </w:r>
      <w:proofErr w:type="spellEnd"/>
      <w:r>
        <w:t xml:space="preserve"> </w:t>
      </w:r>
      <w:proofErr w:type="spellStart"/>
      <w:r>
        <w:t>Тяпинская</w:t>
      </w:r>
      <w:proofErr w:type="spellEnd"/>
      <w:r>
        <w:t xml:space="preserve"> </w:t>
      </w:r>
      <w:proofErr w:type="spellStart"/>
      <w:r>
        <w:t>Елена</w:t>
      </w:r>
      <w:proofErr w:type="spellEnd"/>
      <w:r>
        <w:t xml:space="preserve"> </w:t>
      </w:r>
      <w:proofErr w:type="spellStart"/>
      <w:r>
        <w:t>Николаевна</w:t>
      </w:r>
      <w:proofErr w:type="spellEnd"/>
      <w:r>
        <w:t xml:space="preserve">.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корреспонденции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сообщению</w:t>
      </w:r>
      <w:proofErr w:type="spellEnd"/>
      <w:r>
        <w:t xml:space="preserve"> о </w:t>
      </w:r>
      <w:proofErr w:type="spellStart"/>
      <w:r>
        <w:t>торгах</w:t>
      </w:r>
      <w:proofErr w:type="spellEnd"/>
      <w:r>
        <w:t xml:space="preserve">: 160002, г. </w:t>
      </w:r>
      <w:proofErr w:type="spellStart"/>
      <w:r>
        <w:t>Вологда</w:t>
      </w:r>
      <w:proofErr w:type="spellEnd"/>
      <w:r>
        <w:t xml:space="preserve">, </w:t>
      </w:r>
      <w:proofErr w:type="spellStart"/>
      <w:r>
        <w:t>ул</w:t>
      </w:r>
      <w:proofErr w:type="spellEnd"/>
      <w:r>
        <w:t xml:space="preserve">. </w:t>
      </w:r>
      <w:proofErr w:type="spellStart"/>
      <w:r>
        <w:t>Гагарина</w:t>
      </w:r>
      <w:proofErr w:type="spellEnd"/>
      <w:r>
        <w:t xml:space="preserve">, д. 11А, </w:t>
      </w:r>
      <w:proofErr w:type="spellStart"/>
      <w:r>
        <w:t>оф</w:t>
      </w:r>
      <w:proofErr w:type="spellEnd"/>
      <w:r>
        <w:t xml:space="preserve">. 1. </w:t>
      </w:r>
      <w:proofErr w:type="spellStart"/>
      <w:r>
        <w:t>Телефон</w:t>
      </w:r>
      <w:proofErr w:type="spellEnd"/>
      <w:r>
        <w:t xml:space="preserve">: (8172) 20-21-79. </w:t>
      </w:r>
      <w:proofErr w:type="spellStart"/>
      <w:r>
        <w:t>Электронная</w:t>
      </w:r>
      <w:proofErr w:type="spellEnd"/>
      <w:r>
        <w:t xml:space="preserve"> </w:t>
      </w:r>
      <w:proofErr w:type="spellStart"/>
      <w:r>
        <w:t>почта</w:t>
      </w:r>
      <w:proofErr w:type="spellEnd"/>
      <w:r>
        <w:t>: [</w:t>
      </w:r>
      <w:proofErr w:type="spellStart"/>
      <w:r>
        <w:t>указать</w:t>
      </w:r>
      <w:proofErr w:type="spellEnd"/>
      <w:r>
        <w:t xml:space="preserve"> </w:t>
      </w:r>
      <w:proofErr w:type="spellStart"/>
      <w:r>
        <w:t>действующий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t>].</w:t>
      </w:r>
    </w:p>
    <w:p w:rsidR="00255CC9" w:rsidRDefault="002715FA">
      <w:pPr>
        <w:ind w:firstLine="360"/>
      </w:pPr>
      <w:r>
        <w:t xml:space="preserve">___________________ / </w:t>
      </w:r>
      <w:proofErr w:type="spellStart"/>
      <w:r>
        <w:t>Тяпинская</w:t>
      </w:r>
      <w:proofErr w:type="spellEnd"/>
      <w:r>
        <w:t xml:space="preserve"> Е. Н. /</w:t>
      </w:r>
    </w:p>
    <w:p w:rsidR="00255CC9" w:rsidRDefault="002715FA">
      <w:pPr>
        <w:ind w:firstLine="360"/>
      </w:pPr>
      <w:r>
        <w:t xml:space="preserve">ПОКУПАТЕЛЬ: [Ф. И. О. / </w:t>
      </w:r>
      <w:proofErr w:type="spellStart"/>
      <w:r>
        <w:t>наименование</w:t>
      </w:r>
      <w:proofErr w:type="spellEnd"/>
      <w:r>
        <w:t xml:space="preserve">]; </w:t>
      </w:r>
      <w:proofErr w:type="spellStart"/>
      <w:r>
        <w:t>паспорт</w:t>
      </w:r>
      <w:proofErr w:type="spellEnd"/>
      <w:r>
        <w:t xml:space="preserve"> / ОГРН: [</w:t>
      </w:r>
      <w:proofErr w:type="spellStart"/>
      <w:r>
        <w:t>данные</w:t>
      </w:r>
      <w:proofErr w:type="spellEnd"/>
      <w:r>
        <w:t>]; ИНН: [</w:t>
      </w:r>
      <w:proofErr w:type="spellStart"/>
      <w:r>
        <w:t>номер</w:t>
      </w:r>
      <w:proofErr w:type="spellEnd"/>
      <w:r>
        <w:t xml:space="preserve">]; </w:t>
      </w:r>
      <w:proofErr w:type="spellStart"/>
      <w:r>
        <w:t>адрес</w:t>
      </w:r>
      <w:proofErr w:type="spellEnd"/>
      <w:r>
        <w:t>: [</w:t>
      </w:r>
      <w:proofErr w:type="spellStart"/>
      <w:r>
        <w:t>адрес</w:t>
      </w:r>
      <w:proofErr w:type="spellEnd"/>
      <w:r>
        <w:t xml:space="preserve">]; </w:t>
      </w:r>
      <w:proofErr w:type="spellStart"/>
      <w:r>
        <w:t>банковские</w:t>
      </w:r>
      <w:proofErr w:type="spellEnd"/>
      <w:r>
        <w:t xml:space="preserve"> </w:t>
      </w:r>
      <w:proofErr w:type="spellStart"/>
      <w:r>
        <w:t>реквизиты</w:t>
      </w:r>
      <w:proofErr w:type="spellEnd"/>
      <w:r>
        <w:t>: [</w:t>
      </w:r>
      <w:proofErr w:type="spellStart"/>
      <w:r>
        <w:t>данные</w:t>
      </w:r>
      <w:proofErr w:type="spellEnd"/>
      <w:r>
        <w:t xml:space="preserve">]; </w:t>
      </w:r>
      <w:proofErr w:type="spellStart"/>
      <w:r>
        <w:t>телефон</w:t>
      </w:r>
      <w:proofErr w:type="spellEnd"/>
      <w:r>
        <w:t>: [</w:t>
      </w:r>
      <w:proofErr w:type="spellStart"/>
      <w:r>
        <w:t>номер</w:t>
      </w:r>
      <w:proofErr w:type="spellEnd"/>
      <w:r>
        <w:t xml:space="preserve">]; </w:t>
      </w:r>
      <w:proofErr w:type="spellStart"/>
      <w:r>
        <w:t>электронная</w:t>
      </w:r>
      <w:proofErr w:type="spellEnd"/>
      <w:r>
        <w:t xml:space="preserve"> </w:t>
      </w:r>
      <w:proofErr w:type="spellStart"/>
      <w:r>
        <w:t>почта</w:t>
      </w:r>
      <w:proofErr w:type="spellEnd"/>
      <w:r>
        <w:t>: [</w:t>
      </w:r>
      <w:proofErr w:type="spellStart"/>
      <w:r>
        <w:t>адрес</w:t>
      </w:r>
      <w:proofErr w:type="spellEnd"/>
      <w:r>
        <w:t xml:space="preserve">]; </w:t>
      </w:r>
      <w:proofErr w:type="spellStart"/>
      <w:r>
        <w:t>представитель</w:t>
      </w:r>
      <w:proofErr w:type="spellEnd"/>
      <w:r>
        <w:t xml:space="preserve"> и </w:t>
      </w:r>
      <w:proofErr w:type="spellStart"/>
      <w:r>
        <w:t>полномочия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наличии</w:t>
      </w:r>
      <w:proofErr w:type="spellEnd"/>
      <w:r>
        <w:t>: [</w:t>
      </w:r>
      <w:proofErr w:type="spellStart"/>
      <w:r>
        <w:t>сведения</w:t>
      </w:r>
      <w:proofErr w:type="spellEnd"/>
      <w:r>
        <w:t>].</w:t>
      </w:r>
    </w:p>
    <w:p w:rsidR="00255CC9" w:rsidRDefault="002715FA">
      <w:pPr>
        <w:ind w:firstLine="360"/>
      </w:pPr>
      <w:r>
        <w:t>___________________ / [Ф. И. О.] /</w:t>
      </w:r>
    </w:p>
    <w:p w:rsidR="00255CC9" w:rsidRDefault="00255CC9"/>
    <w:sectPr w:rsidR="00255CC9" w:rsidSect="00034616">
      <w:footerReference w:type="default" r:id="rId8"/>
      <w:pgSz w:w="12240" w:h="15840"/>
      <w:pgMar w:top="1008" w:right="1008" w:bottom="1368" w:left="1296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023" w:rsidRDefault="00AB2023">
      <w:pPr>
        <w:spacing w:after="0" w:line="240" w:lineRule="auto"/>
      </w:pPr>
      <w:r>
        <w:separator/>
      </w:r>
    </w:p>
  </w:endnote>
  <w:endnote w:type="continuationSeparator" w:id="0">
    <w:p w:rsidR="00AB2023" w:rsidRDefault="00AB2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CC9" w:rsidRDefault="002715FA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F843B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023" w:rsidRDefault="00AB2023">
      <w:pPr>
        <w:spacing w:after="0" w:line="240" w:lineRule="auto"/>
      </w:pPr>
      <w:r>
        <w:separator/>
      </w:r>
    </w:p>
  </w:footnote>
  <w:footnote w:type="continuationSeparator" w:id="0">
    <w:p w:rsidR="00AB2023" w:rsidRDefault="00AB2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55CC9"/>
    <w:rsid w:val="002715FA"/>
    <w:rsid w:val="0029639D"/>
    <w:rsid w:val="00326F90"/>
    <w:rsid w:val="00346EAE"/>
    <w:rsid w:val="0039739F"/>
    <w:rsid w:val="00572EDF"/>
    <w:rsid w:val="0080780E"/>
    <w:rsid w:val="00875A3B"/>
    <w:rsid w:val="009A37FD"/>
    <w:rsid w:val="00A15F68"/>
    <w:rsid w:val="00AA1D8D"/>
    <w:rsid w:val="00AB2023"/>
    <w:rsid w:val="00B47730"/>
    <w:rsid w:val="00CB0664"/>
    <w:rsid w:val="00D05BCE"/>
    <w:rsid w:val="00D94132"/>
    <w:rsid w:val="00DC56F7"/>
    <w:rsid w:val="00E026CC"/>
    <w:rsid w:val="00EE54B1"/>
    <w:rsid w:val="00F843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A6FE37"/>
  <w14:defaultImageDpi w14:val="300"/>
  <w15:docId w15:val="{C16F59EF-EB0E-493C-AA55-1102C61E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54" w:lineRule="auto"/>
      <w:jc w:val="both"/>
    </w:pPr>
    <w:rPr>
      <w:rFonts w:ascii="Cambria Math" w:eastAsia="Cambria Math" w:hAnsi="Cambria Math" w:cs="Cambria Math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240" w:lineRule="auto"/>
      <w:contextualSpacing/>
    </w:pPr>
    <w:rPr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DC5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DC56F7"/>
    <w:rPr>
      <w:rFonts w:ascii="Segoe UI" w:eastAsia="Cambria Math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3A8C04-92CA-4C50-84AE-B061DEAD1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928</Words>
  <Characters>5295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cp:lastPrinted>2026-10-16T08:54:00Z</cp:lastPrinted>
  <dcterms:created xsi:type="dcterms:W3CDTF">2026-10-16T09:13:00Z</dcterms:created>
  <dcterms:modified xsi:type="dcterms:W3CDTF">2026-10-16T09:21:00Z</dcterms:modified>
  <cp:category/>
</cp:coreProperties>
</file>