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55380" w:rsidRPr="002D4B97" w:rsidRDefault="00000000">
      <w:pPr>
        <w:jc w:val="center"/>
        <w:rPr>
          <w:lang w:val="ru-RU"/>
        </w:rPr>
      </w:pPr>
      <w:r w:rsidRPr="002D4B97">
        <w:rPr>
          <w:b/>
          <w:lang w:val="ru-RU"/>
        </w:rPr>
        <w:t>ДОГОВОР № ____</w:t>
      </w:r>
    </w:p>
    <w:p w:rsidR="00855380" w:rsidRPr="002D4B97" w:rsidRDefault="00000000">
      <w:pPr>
        <w:jc w:val="center"/>
        <w:rPr>
          <w:lang w:val="ru-RU"/>
        </w:rPr>
      </w:pPr>
      <w:r w:rsidRPr="002D4B97">
        <w:rPr>
          <w:b/>
          <w:lang w:val="ru-RU"/>
        </w:rPr>
        <w:t>КУПЛИ-ПРОДАЖИ ТРАНСПОРТНОГО СРЕДСТВА</w:t>
      </w:r>
    </w:p>
    <w:p w:rsidR="00855380" w:rsidRPr="002D4B97" w:rsidRDefault="00000000">
      <w:pPr>
        <w:jc w:val="center"/>
        <w:rPr>
          <w:lang w:val="ru-RU"/>
        </w:rPr>
      </w:pPr>
      <w:r w:rsidRPr="002D4B97">
        <w:rPr>
          <w:lang w:val="ru-RU"/>
        </w:rPr>
        <w:t>г. Москва</w:t>
      </w:r>
    </w:p>
    <w:p w:rsidR="00855380" w:rsidRPr="002D4B97" w:rsidRDefault="00000000">
      <w:pPr>
        <w:jc w:val="center"/>
        <w:rPr>
          <w:lang w:val="ru-RU"/>
        </w:rPr>
      </w:pPr>
      <w:r w:rsidRPr="002D4B97">
        <w:rPr>
          <w:lang w:val="ru-RU"/>
        </w:rPr>
        <w:t>«____» ________________ 2026 г.</w:t>
      </w:r>
    </w:p>
    <w:p w:rsidR="002D4B97" w:rsidRDefault="00000000" w:rsidP="002D4B97">
      <w:pPr>
        <w:jc w:val="both"/>
        <w:rPr>
          <w:lang w:val="ru-RU"/>
        </w:rPr>
      </w:pPr>
      <w:r w:rsidRPr="002D4B97">
        <w:rPr>
          <w:lang w:val="ru-RU"/>
        </w:rPr>
        <w:t xml:space="preserve">Королёва Екатерина Викторовна, далее именуемая «Продавец», в лице финансового управляющего </w:t>
      </w:r>
      <w:proofErr w:type="spellStart"/>
      <w:r w:rsidRPr="002D4B97">
        <w:rPr>
          <w:lang w:val="ru-RU"/>
        </w:rPr>
        <w:t>Наземников</w:t>
      </w:r>
      <w:r w:rsidR="002D4B97">
        <w:rPr>
          <w:lang w:val="ru-RU"/>
        </w:rPr>
        <w:t>а</w:t>
      </w:r>
      <w:proofErr w:type="spellEnd"/>
      <w:r w:rsidRPr="002D4B97">
        <w:rPr>
          <w:lang w:val="ru-RU"/>
        </w:rPr>
        <w:t xml:space="preserve"> Алексе</w:t>
      </w:r>
      <w:r w:rsidR="002D4B97">
        <w:rPr>
          <w:lang w:val="ru-RU"/>
        </w:rPr>
        <w:t>я</w:t>
      </w:r>
      <w:r w:rsidRPr="002D4B97">
        <w:rPr>
          <w:lang w:val="ru-RU"/>
        </w:rPr>
        <w:t xml:space="preserve"> Витальевич</w:t>
      </w:r>
      <w:r w:rsidR="002D4B97">
        <w:rPr>
          <w:lang w:val="ru-RU"/>
        </w:rPr>
        <w:t>а</w:t>
      </w:r>
      <w:r w:rsidRPr="002D4B97">
        <w:rPr>
          <w:lang w:val="ru-RU"/>
        </w:rPr>
        <w:t>, действующего на основании Решения Арбитражного суда города Москвы от 29.07.2025 г. по делу № А40-137679/25-101-372 Ф, с одной стороны, и</w:t>
      </w:r>
    </w:p>
    <w:p w:rsidR="00855380" w:rsidRPr="002D4B97" w:rsidRDefault="00000000" w:rsidP="002D4B97">
      <w:pPr>
        <w:jc w:val="both"/>
        <w:rPr>
          <w:lang w:val="ru-RU"/>
        </w:rPr>
      </w:pPr>
      <w:r w:rsidRPr="002D4B97">
        <w:rPr>
          <w:lang w:val="ru-RU"/>
        </w:rPr>
        <w:t>______________________________________, далее именуемый(-ая) «Покупатель», с другой стороны, совместно именуемые «Стороны», руководствуясь Федеральным законом от 26.10.2002 № 127-ФЗ «О несостоятельности (банкротстве)», Положением о порядке, сроках и условиях реализации имущества должника и Протоколом о результатах проведения торгов посредством публичного предложения № ____ по Лоту № 1 от «____» ___________ 2026 г., заключили настоящий договор (далее — «Договор») о нижеследующем:</w:t>
      </w:r>
      <w:proofErr w:type="spellStart"/>
      <w:proofErr w:type="spellEnd"/>
    </w:p>
    <w:p w:rsidR="00855380" w:rsidRPr="002D4B97" w:rsidRDefault="00000000" w:rsidP="002D4B97">
      <w:pPr>
        <w:jc w:val="center"/>
        <w:rPr>
          <w:lang w:val="ru-RU"/>
        </w:rPr>
      </w:pPr>
      <w:r w:rsidRPr="002D4B97">
        <w:rPr>
          <w:b/>
          <w:lang w:val="ru-RU"/>
        </w:rPr>
        <w:t>1. ПРЕДМЕТ ДОГОВОРА</w:t>
      </w:r>
    </w:p>
    <w:p w:rsidR="00855380" w:rsidRPr="002D4B97" w:rsidRDefault="00000000" w:rsidP="002D4B97">
      <w:pPr>
        <w:jc w:val="both"/>
        <w:rPr>
          <w:lang w:val="ru-RU"/>
        </w:rPr>
      </w:pPr>
      <w:r w:rsidRPr="002D4B97">
        <w:rPr>
          <w:lang w:val="ru-RU"/>
        </w:rPr>
        <w:t>1.1. Продавец обязуется передать в собственность Покупателя, а Покупатель обязуется принять и оплатить следующее транспортное средство (далее — «ТС»):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4314"/>
        <w:gridCol w:w="4316"/>
      </w:tblGrid>
      <w:tr w:rsidR="00855380">
        <w:trPr>
          <w:jc w:val="center"/>
        </w:trPr>
        <w:tc>
          <w:tcPr>
            <w:tcW w:w="4320" w:type="dxa"/>
          </w:tcPr>
          <w:p w:rsidR="00855380" w:rsidRDefault="00000000">
            <w:proofErr w:type="spellStart"/>
            <w:r>
              <w:t>Марка</w:t>
            </w:r>
            <w:proofErr w:type="spellEnd"/>
            <w:r>
              <w:t>/</w:t>
            </w:r>
            <w:proofErr w:type="spellStart"/>
            <w:r>
              <w:t>модель</w:t>
            </w:r>
            <w:proofErr w:type="spellEnd"/>
          </w:p>
        </w:tc>
        <w:tc>
          <w:tcPr>
            <w:tcW w:w="4320" w:type="dxa"/>
          </w:tcPr>
          <w:p w:rsidR="00855380" w:rsidRDefault="00000000">
            <w:r>
              <w:t>MINI COOPER</w:t>
            </w:r>
          </w:p>
        </w:tc>
      </w:tr>
      <w:tr w:rsidR="00855380">
        <w:trPr>
          <w:jc w:val="center"/>
        </w:trPr>
        <w:tc>
          <w:tcPr>
            <w:tcW w:w="4320" w:type="dxa"/>
          </w:tcPr>
          <w:p w:rsidR="00855380" w:rsidRDefault="00000000">
            <w:r>
              <w:t>Год выпуска</w:t>
            </w:r>
          </w:p>
        </w:tc>
        <w:tc>
          <w:tcPr>
            <w:tcW w:w="4320" w:type="dxa"/>
          </w:tcPr>
          <w:p w:rsidR="00855380" w:rsidRDefault="00000000">
            <w:r>
              <w:t>2003</w:t>
            </w:r>
          </w:p>
        </w:tc>
      </w:tr>
      <w:tr w:rsidR="00855380">
        <w:trPr>
          <w:jc w:val="center"/>
        </w:trPr>
        <w:tc>
          <w:tcPr>
            <w:tcW w:w="4320" w:type="dxa"/>
          </w:tcPr>
          <w:p w:rsidR="00855380" w:rsidRDefault="00000000">
            <w:r>
              <w:t>VIN</w:t>
            </w:r>
          </w:p>
        </w:tc>
        <w:tc>
          <w:tcPr>
            <w:tcW w:w="4320" w:type="dxa"/>
          </w:tcPr>
          <w:p w:rsidR="00855380" w:rsidRDefault="00000000">
            <w:r>
              <w:t>WMWRC31070TB89808</w:t>
            </w:r>
          </w:p>
        </w:tc>
      </w:tr>
      <w:tr w:rsidR="00855380">
        <w:trPr>
          <w:jc w:val="center"/>
        </w:trPr>
        <w:tc>
          <w:tcPr>
            <w:tcW w:w="4320" w:type="dxa"/>
          </w:tcPr>
          <w:p w:rsidR="00855380" w:rsidRDefault="00000000">
            <w:r>
              <w:t>Гос. номер</w:t>
            </w:r>
          </w:p>
        </w:tc>
        <w:tc>
          <w:tcPr>
            <w:tcW w:w="4320" w:type="dxa"/>
          </w:tcPr>
          <w:p w:rsidR="00855380" w:rsidRDefault="00000000">
            <w:r>
              <w:t>В185ВТ977</w:t>
            </w:r>
          </w:p>
        </w:tc>
      </w:tr>
      <w:tr w:rsidR="00855380">
        <w:trPr>
          <w:jc w:val="center"/>
        </w:trPr>
        <w:tc>
          <w:tcPr>
            <w:tcW w:w="4320" w:type="dxa"/>
          </w:tcPr>
          <w:p w:rsidR="00855380" w:rsidRDefault="00000000">
            <w:r>
              <w:t>Тип кузова</w:t>
            </w:r>
          </w:p>
        </w:tc>
        <w:tc>
          <w:tcPr>
            <w:tcW w:w="4320" w:type="dxa"/>
          </w:tcPr>
          <w:p w:rsidR="00855380" w:rsidRDefault="00000000">
            <w:r>
              <w:t>хэтчбек, 3-дверный</w:t>
            </w:r>
          </w:p>
        </w:tc>
      </w:tr>
    </w:tbl>
    <w:p w:rsidR="00855380" w:rsidRPr="002D4B97" w:rsidRDefault="00000000" w:rsidP="002D4B97">
      <w:pPr>
        <w:jc w:val="both"/>
        <w:rPr>
          <w:lang w:val="ru-RU"/>
        </w:rPr>
      </w:pPr>
      <w:r w:rsidRPr="002D4B97">
        <w:rPr>
          <w:lang w:val="ru-RU"/>
        </w:rPr>
        <w:t>1.2. ТС реализуется в рамках процедуры банкротства. Покупатель уведомлен, что ТС находится в общей совместной собственности должника и супруга должника; продажа осуществляется в порядке, установленном Законом о банкротстве.</w:t>
      </w:r>
    </w:p>
    <w:p w:rsidR="00855380" w:rsidRPr="002D4B97" w:rsidRDefault="00000000" w:rsidP="002D4B97">
      <w:pPr>
        <w:jc w:val="both"/>
        <w:rPr>
          <w:lang w:val="ru-RU"/>
        </w:rPr>
      </w:pPr>
      <w:r w:rsidRPr="002D4B97">
        <w:rPr>
          <w:lang w:val="ru-RU"/>
        </w:rPr>
        <w:t xml:space="preserve">1.3. Покупатель подтверждает, что </w:t>
      </w:r>
      <w:r w:rsidR="002D4B97">
        <w:rPr>
          <w:lang w:val="ru-RU"/>
        </w:rPr>
        <w:t xml:space="preserve">он ознакомлен </w:t>
      </w:r>
      <w:r w:rsidRPr="002D4B97">
        <w:rPr>
          <w:lang w:val="ru-RU"/>
        </w:rPr>
        <w:t>с техническим состоянием</w:t>
      </w:r>
      <w:r w:rsidR="002D4B97">
        <w:rPr>
          <w:lang w:val="ru-RU"/>
        </w:rPr>
        <w:t>, комплектностью и характеристиками ТС</w:t>
      </w:r>
      <w:r w:rsidRPr="002D4B97">
        <w:rPr>
          <w:lang w:val="ru-RU"/>
        </w:rPr>
        <w:t>, претензий ТС не имеет.</w:t>
      </w:r>
    </w:p>
    <w:p w:rsidR="00855380" w:rsidRPr="002D4B97" w:rsidRDefault="00000000" w:rsidP="002D4B97">
      <w:pPr>
        <w:jc w:val="center"/>
        <w:rPr>
          <w:lang w:val="ru-RU"/>
        </w:rPr>
      </w:pPr>
      <w:r w:rsidRPr="002D4B97">
        <w:rPr>
          <w:b/>
          <w:lang w:val="ru-RU"/>
        </w:rPr>
        <w:t>2. ЦЕНА ДОГОВОРА И ПОРЯДОК ОПЛАТЫ</w:t>
      </w:r>
    </w:p>
    <w:p w:rsidR="00855380" w:rsidRPr="002D4B97" w:rsidRDefault="00000000" w:rsidP="002D4B97">
      <w:pPr>
        <w:jc w:val="both"/>
        <w:rPr>
          <w:lang w:val="ru-RU"/>
        </w:rPr>
      </w:pPr>
      <w:r w:rsidRPr="002D4B97">
        <w:rPr>
          <w:lang w:val="ru-RU"/>
        </w:rPr>
        <w:t>2.1. Цена ТС установлена в соответствии с Протоколом о результатах проведения торгов и составляет: __________ (__________________________) рублей ____ копеек, без НДС.</w:t>
      </w:r>
    </w:p>
    <w:p w:rsidR="00855380" w:rsidRPr="002D4B97" w:rsidRDefault="00000000" w:rsidP="002D4B97">
      <w:pPr>
        <w:jc w:val="both"/>
        <w:rPr>
          <w:lang w:val="ru-RU"/>
        </w:rPr>
      </w:pPr>
      <w:r w:rsidRPr="002D4B97">
        <w:rPr>
          <w:lang w:val="ru-RU"/>
        </w:rPr>
        <w:t>2.2. Сумма внесенного Покупателем задатка, определенная в соответствии с сообщением о продаже имущества и Протоколом о результатах проведения торгов, засчитывается в счет оплаты цены ТС.</w:t>
      </w:r>
    </w:p>
    <w:p w:rsidR="00855380" w:rsidRPr="002D4B97" w:rsidRDefault="00000000" w:rsidP="002D4B97">
      <w:pPr>
        <w:jc w:val="both"/>
        <w:rPr>
          <w:lang w:val="ru-RU"/>
        </w:rPr>
      </w:pPr>
      <w:r w:rsidRPr="002D4B97">
        <w:rPr>
          <w:lang w:val="ru-RU"/>
        </w:rPr>
        <w:t>2.3. Покупатель обязуется уплатить оставшуюся часть цены ТС в размере __________ (__________________________) рублей ____ копеек в срок не позднее 30 (тридцати) календарных дней со дня подписания настоящего Договора путем безналичного перечисления денежных средств на следующий счет:</w:t>
      </w:r>
    </w:p>
    <w:p w:rsidR="002D4B97" w:rsidRDefault="00000000" w:rsidP="002D4B97">
      <w:pPr>
        <w:jc w:val="both"/>
        <w:rPr>
          <w:lang w:val="ru-RU"/>
        </w:rPr>
      </w:pPr>
      <w:r w:rsidRPr="002D4B97">
        <w:rPr>
          <w:lang w:val="ru-RU"/>
        </w:rPr>
        <w:t>Получатель: КОРОЛЁВА ЕКАТЕРИНА ВИКТОРОВНА</w:t>
      </w:r>
    </w:p>
    <w:p w:rsidR="002D4B97" w:rsidRDefault="00000000" w:rsidP="002D4B97">
      <w:pPr>
        <w:jc w:val="both"/>
        <w:rPr>
          <w:lang w:val="ru-RU"/>
        </w:rPr>
      </w:pPr>
      <w:r w:rsidRPr="002D4B97">
        <w:rPr>
          <w:lang w:val="ru-RU"/>
        </w:rPr>
        <w:t>Счет № 40817810150203708375</w:t>
      </w:r>
    </w:p>
    <w:p w:rsidR="002D4B97" w:rsidRDefault="00000000" w:rsidP="002D4B97">
      <w:pPr>
        <w:jc w:val="both"/>
        <w:rPr>
          <w:lang w:val="ru-RU"/>
        </w:rPr>
      </w:pPr>
      <w:r w:rsidRPr="002D4B97">
        <w:rPr>
          <w:lang w:val="ru-RU"/>
        </w:rPr>
        <w:t>Банк: ФИЛИАЛ "ЦЕНТРАЛЬНЫЙ" ПАО "СОВКОМБАНК" (БЕРДСК)</w:t>
      </w:r>
    </w:p>
    <w:p w:rsidR="002D4B97" w:rsidRDefault="00000000" w:rsidP="002D4B97">
      <w:pPr>
        <w:jc w:val="both"/>
        <w:rPr>
          <w:lang w:val="ru-RU"/>
        </w:rPr>
      </w:pPr>
      <w:r w:rsidRPr="002D4B97">
        <w:rPr>
          <w:lang w:val="ru-RU"/>
        </w:rPr>
        <w:t>к/с 30101810150040000763</w:t>
      </w:r>
    </w:p>
    <w:p w:rsidR="002D4B97" w:rsidRDefault="00000000" w:rsidP="002D4B97">
      <w:pPr>
        <w:jc w:val="both"/>
        <w:rPr>
          <w:lang w:val="ru-RU"/>
        </w:rPr>
      </w:pPr>
      <w:r w:rsidRPr="002D4B97">
        <w:rPr>
          <w:lang w:val="ru-RU"/>
        </w:rPr>
        <w:t>БИК 045004763</w:t>
      </w:r>
    </w:p>
    <w:p w:rsidR="002D4B97" w:rsidRDefault="00000000" w:rsidP="002D4B97">
      <w:pPr>
        <w:jc w:val="both"/>
        <w:rPr>
          <w:lang w:val="ru-RU"/>
        </w:rPr>
      </w:pPr>
      <w:r w:rsidRPr="002D4B97">
        <w:rPr>
          <w:lang w:val="ru-RU"/>
        </w:rPr>
        <w:t>ИНН банка 4401116480</w:t>
      </w:r>
    </w:p>
    <w:p w:rsidR="00855380" w:rsidRPr="002D4B97" w:rsidRDefault="00000000" w:rsidP="002D4B97">
      <w:pPr>
        <w:jc w:val="both"/>
        <w:rPr>
          <w:lang w:val="ru-RU"/>
        </w:rPr>
      </w:pPr>
      <w:r w:rsidRPr="002D4B97">
        <w:rPr>
          <w:lang w:val="ru-RU"/>
        </w:rPr>
        <w:t>КПП 544543001.</w:t>
      </w:r>
    </w:p>
    <w:p w:rsidR="00855380" w:rsidRPr="002D4B97" w:rsidRDefault="00000000" w:rsidP="002D4B97">
      <w:pPr>
        <w:jc w:val="both"/>
        <w:rPr>
          <w:lang w:val="ru-RU"/>
        </w:rPr>
      </w:pPr>
      <w:r w:rsidRPr="002D4B97">
        <w:rPr>
          <w:lang w:val="ru-RU"/>
        </w:rPr>
        <w:t>2.4. Обязательство Покупателя по оплате считается исполненным в момент зачисления денежных средств на указанный счет.</w:t>
      </w:r>
    </w:p>
    <w:p w:rsidR="00855380" w:rsidRPr="002D4B97" w:rsidRDefault="00000000" w:rsidP="002D4B97">
      <w:pPr>
        <w:jc w:val="center"/>
        <w:rPr>
          <w:lang w:val="ru-RU"/>
        </w:rPr>
      </w:pPr>
      <w:r w:rsidRPr="002D4B97">
        <w:rPr>
          <w:b/>
          <w:lang w:val="ru-RU"/>
        </w:rPr>
        <w:t>3. ПЕРЕДАЧА ТРАНСПОРТНОГО СРЕДСТВА</w:t>
      </w:r>
    </w:p>
    <w:p w:rsidR="00855380" w:rsidRPr="002D4B97" w:rsidRDefault="00000000" w:rsidP="002D4B97">
      <w:pPr>
        <w:jc w:val="both"/>
        <w:rPr>
          <w:lang w:val="ru-RU"/>
        </w:rPr>
      </w:pPr>
      <w:r w:rsidRPr="002D4B97">
        <w:rPr>
          <w:lang w:val="ru-RU"/>
        </w:rPr>
        <w:t>3.1. Передача ТС Продавцом и принятие его Покупателем осуществляется по акту приема-передачи (Приложение № 1).</w:t>
      </w:r>
    </w:p>
    <w:p w:rsidR="00855380" w:rsidRPr="002D4B97" w:rsidRDefault="00000000" w:rsidP="002D4B97">
      <w:pPr>
        <w:jc w:val="both"/>
        <w:rPr>
          <w:lang w:val="ru-RU"/>
        </w:rPr>
      </w:pPr>
      <w:r w:rsidRPr="002D4B97">
        <w:rPr>
          <w:lang w:val="ru-RU"/>
        </w:rPr>
        <w:t>3.2. Передача ТС осуществляется в течение 5 (пяти) рабочих дней со дня полной оплаты цены ТС, если иной срок не будет согласован Сторонами.</w:t>
      </w:r>
    </w:p>
    <w:p w:rsidR="00855380" w:rsidRPr="002D4B97" w:rsidRDefault="00000000" w:rsidP="002D4B97">
      <w:pPr>
        <w:jc w:val="both"/>
        <w:rPr>
          <w:lang w:val="ru-RU"/>
        </w:rPr>
      </w:pPr>
      <w:r w:rsidRPr="002D4B97">
        <w:rPr>
          <w:lang w:val="ru-RU"/>
        </w:rPr>
        <w:t>3.3. Риск случайной гибели или случайного повреждения ТС переходит к Покупателю с момента подписания акта приема-передачи.</w:t>
      </w:r>
    </w:p>
    <w:p w:rsidR="00855380" w:rsidRPr="002D4B97" w:rsidRDefault="00000000" w:rsidP="002D4B97">
      <w:pPr>
        <w:jc w:val="center"/>
        <w:rPr>
          <w:lang w:val="ru-RU"/>
        </w:rPr>
      </w:pPr>
      <w:r w:rsidRPr="002D4B97">
        <w:rPr>
          <w:b/>
          <w:lang w:val="ru-RU"/>
        </w:rPr>
        <w:t>4. ОТВЕТСТВЕННОСТЬ СТОРОН</w:t>
      </w:r>
    </w:p>
    <w:p w:rsidR="00855380" w:rsidRPr="002D4B97" w:rsidRDefault="00000000" w:rsidP="002D4B97">
      <w:pPr>
        <w:jc w:val="both"/>
        <w:rPr>
          <w:lang w:val="ru-RU"/>
        </w:rPr>
      </w:pPr>
      <w:r w:rsidRPr="002D4B97">
        <w:rPr>
          <w:lang w:val="ru-RU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855380" w:rsidRPr="002D4B97" w:rsidRDefault="00000000" w:rsidP="002D4B97">
      <w:pPr>
        <w:jc w:val="both"/>
        <w:rPr>
          <w:lang w:val="ru-RU"/>
        </w:rPr>
      </w:pPr>
      <w:r w:rsidRPr="002D4B97">
        <w:rPr>
          <w:lang w:val="ru-RU"/>
        </w:rPr>
        <w:t>4.2. Непоступление денежных средств в счет полной оплаты цены ТС в порядке и сроки, предусмотренные настоящим Договором, признается существенным нарушением Договора со стороны Покупателя. В этом случае Продавец вправе отказаться от исполнения Договора в одностороннем внесудебном порядке, письменно уведомив Покупателя, и реализовать ТС в порядке, предусмотренном законодательством Российской Федерации и условиями торгов; при этом внесенный задаток Покупателю не возвращается.</w:t>
      </w:r>
    </w:p>
    <w:p w:rsidR="00855380" w:rsidRPr="002D4B97" w:rsidRDefault="00000000" w:rsidP="002D4B97">
      <w:pPr>
        <w:jc w:val="center"/>
        <w:rPr>
          <w:lang w:val="ru-RU"/>
        </w:rPr>
      </w:pPr>
      <w:r w:rsidRPr="002D4B97">
        <w:rPr>
          <w:b/>
          <w:lang w:val="ru-RU"/>
        </w:rPr>
        <w:lastRenderedPageBreak/>
        <w:t>5. ЗАКЛЮЧИТЕЛЬНЫЕ ПОЛОЖЕНИЯ</w:t>
      </w:r>
    </w:p>
    <w:p w:rsidR="00855380" w:rsidRPr="002D4B97" w:rsidRDefault="00000000" w:rsidP="002D4B97">
      <w:pPr>
        <w:jc w:val="both"/>
        <w:rPr>
          <w:lang w:val="ru-RU"/>
        </w:rPr>
      </w:pPr>
      <w:r w:rsidRPr="002D4B97">
        <w:rPr>
          <w:lang w:val="ru-RU"/>
        </w:rPr>
        <w:t>5.1. Настоящий Договор вступает в силу с момента его подписания Сторонами и действует до полного исполнения обязательств.</w:t>
      </w:r>
    </w:p>
    <w:p w:rsidR="00855380" w:rsidRPr="002D4B97" w:rsidRDefault="00000000" w:rsidP="002D4B97">
      <w:pPr>
        <w:jc w:val="both"/>
        <w:rPr>
          <w:lang w:val="ru-RU"/>
        </w:rPr>
      </w:pPr>
      <w:r w:rsidRPr="002D4B97">
        <w:rPr>
          <w:lang w:val="ru-RU"/>
        </w:rPr>
        <w:t>5.2. Все заявления, уведомления, извещения и иные юридически значимые сообщения направляются по адресам и контактам, указанным в разделе 6 Договора, и считаются доставленными в порядке, предусмотренном статьей 165.1 ГК РФ.</w:t>
      </w:r>
    </w:p>
    <w:p w:rsidR="00855380" w:rsidRPr="002D4B97" w:rsidRDefault="00000000" w:rsidP="002D4B97">
      <w:pPr>
        <w:jc w:val="both"/>
        <w:rPr>
          <w:lang w:val="ru-RU"/>
        </w:rPr>
      </w:pPr>
      <w:r w:rsidRPr="002D4B97">
        <w:rPr>
          <w:lang w:val="ru-RU"/>
        </w:rPr>
        <w:t>5.3. Споры и разногласия, возникающие из настоящего Договора или в связи с ним, разрешаются Сторонами путем переговоров. При недостижении согласия спор подлежит рассмотрению в судебном порядке в соответствии с действующим законодательством Российской Федерации.</w:t>
      </w:r>
    </w:p>
    <w:p w:rsidR="00855380" w:rsidRPr="002D4B97" w:rsidRDefault="00000000" w:rsidP="002D4B97">
      <w:pPr>
        <w:jc w:val="both"/>
        <w:rPr>
          <w:lang w:val="ru-RU"/>
        </w:rPr>
      </w:pPr>
      <w:r w:rsidRPr="002D4B97">
        <w:rPr>
          <w:lang w:val="ru-RU"/>
        </w:rPr>
        <w:t>5.4. Договор составлен в 2 (двух) экземплярах, имеющих равную юридическую силу, по одному для каждой из Сторон.</w:t>
      </w:r>
    </w:p>
    <w:p w:rsidR="00855380" w:rsidRDefault="00000000" w:rsidP="002D4B97">
      <w:pPr>
        <w:jc w:val="center"/>
      </w:pPr>
      <w:r>
        <w:rPr>
          <w:b/>
        </w:rPr>
        <w:t>6. АДРЕСА И РЕКВИЗИТЫ СТОРОН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4311"/>
        <w:gridCol w:w="4319"/>
      </w:tblGrid>
      <w:tr w:rsidR="00855380">
        <w:trPr>
          <w:jc w:val="center"/>
        </w:trPr>
        <w:tc>
          <w:tcPr>
            <w:tcW w:w="4320" w:type="dxa"/>
          </w:tcPr>
          <w:p w:rsidR="00855380" w:rsidRPr="002D4B97" w:rsidRDefault="00000000" w:rsidP="002D4B97">
            <w:pPr>
              <w:jc w:val="center"/>
            </w:pPr>
            <w:r w:rsidRPr="002D4B97">
              <w:t>Продавец</w:t>
            </w:r>
          </w:p>
        </w:tc>
        <w:tc>
          <w:tcPr>
            <w:tcW w:w="4320" w:type="dxa"/>
          </w:tcPr>
          <w:p w:rsidR="00855380" w:rsidRPr="002D4B97" w:rsidRDefault="00000000" w:rsidP="002D4B97">
            <w:pPr>
              <w:jc w:val="center"/>
            </w:pPr>
            <w:r w:rsidRPr="002D4B97">
              <w:t>Покупатель</w:t>
            </w:r>
          </w:p>
        </w:tc>
      </w:tr>
      <w:tr w:rsidR="00855380" w:rsidRPr="002D4B97">
        <w:trPr>
          <w:jc w:val="center"/>
        </w:trPr>
        <w:tc>
          <w:tcPr>
            <w:tcW w:w="4320" w:type="dxa"/>
          </w:tcPr>
          <w:p w:rsidR="00855380" w:rsidRPr="002D4B97" w:rsidRDefault="00000000">
            <w:pPr>
              <w:rPr>
                <w:lang w:val="ru-RU"/>
              </w:rPr>
            </w:pPr>
            <w:r w:rsidRPr="002D4B97">
              <w:rPr>
                <w:lang w:val="ru-RU"/>
              </w:rPr>
              <w:t>Королёва Екатерина Викторовна</w:t>
            </w:r>
            <w:r w:rsidRPr="002D4B97">
              <w:rPr>
                <w:lang w:val="ru-RU"/>
              </w:rPr>
              <w:br/>
              <w:t>22.03.1990 г.р., место рождения: г. Москва</w:t>
            </w:r>
            <w:r w:rsidRPr="002D4B97">
              <w:rPr>
                <w:lang w:val="ru-RU"/>
              </w:rPr>
              <w:br/>
              <w:t>ИНН: 773373399443</w:t>
            </w:r>
            <w:r w:rsidRPr="002D4B97">
              <w:rPr>
                <w:lang w:val="ru-RU"/>
              </w:rPr>
              <w:br/>
              <w:t>СНИЛС: 152-177-114 40</w:t>
            </w:r>
            <w:r w:rsidRPr="002D4B97">
              <w:rPr>
                <w:lang w:val="ru-RU"/>
              </w:rPr>
              <w:br/>
              <w:t>Адрес: 125368, г. Москва, ул. Митинская, д. 33, корп. 2, кв. 261</w:t>
            </w:r>
            <w:r w:rsidRPr="002D4B97">
              <w:rPr>
                <w:lang w:val="ru-RU"/>
              </w:rPr>
              <w:br/>
            </w:r>
            <w:r w:rsidRPr="002D4B97">
              <w:rPr>
                <w:lang w:val="ru-RU"/>
              </w:rPr>
              <w:br/>
              <w:t xml:space="preserve">в лице финансового управляющего </w:t>
            </w:r>
            <w:proofErr w:type="spellStart"/>
            <w:r w:rsidRPr="002D4B97">
              <w:rPr>
                <w:lang w:val="ru-RU"/>
              </w:rPr>
              <w:t>Наземников</w:t>
            </w:r>
            <w:proofErr w:type="spellEnd"/>
            <w:r w:rsidRPr="002D4B97">
              <w:rPr>
                <w:lang w:val="ru-RU"/>
              </w:rPr>
              <w:t xml:space="preserve"> Алексей Витальевич</w:t>
            </w:r>
            <w:r w:rsidRPr="002D4B97">
              <w:rPr>
                <w:lang w:val="ru-RU"/>
              </w:rPr>
              <w:br/>
              <w:t>ИНН: 482613037936</w:t>
            </w:r>
            <w:r w:rsidRPr="002D4B97">
              <w:rPr>
                <w:lang w:val="ru-RU"/>
              </w:rPr>
              <w:br/>
              <w:t>СНИЛС: 112-448-080 22</w:t>
            </w:r>
            <w:r w:rsidRPr="002D4B97">
              <w:rPr>
                <w:lang w:val="ru-RU"/>
              </w:rPr>
              <w:br/>
              <w:t>Адрес для корреспонденции: 142001, МО, г. Домодедово, а/я 560</w:t>
            </w:r>
            <w:r w:rsidRPr="002D4B97">
              <w:rPr>
                <w:lang w:val="ru-RU"/>
              </w:rPr>
              <w:br/>
              <w:t>Тел.: +7 (916) 649-59-23</w:t>
            </w:r>
            <w:r w:rsidRPr="002D4B97">
              <w:rPr>
                <w:lang w:val="ru-RU"/>
              </w:rPr>
              <w:br/>
            </w:r>
            <w:r>
              <w:t>E</w:t>
            </w:r>
            <w:r w:rsidRPr="002D4B97">
              <w:rPr>
                <w:lang w:val="ru-RU"/>
              </w:rPr>
              <w:t>-</w:t>
            </w:r>
            <w:r>
              <w:t>mail</w:t>
            </w:r>
            <w:r w:rsidRPr="002D4B97">
              <w:rPr>
                <w:lang w:val="ru-RU"/>
              </w:rPr>
              <w:t xml:space="preserve">: </w:t>
            </w:r>
            <w:proofErr w:type="spellStart"/>
            <w:r>
              <w:t>nazemnikov</w:t>
            </w:r>
            <w:proofErr w:type="spellEnd"/>
            <w:r w:rsidRPr="002D4B97">
              <w:rPr>
                <w:lang w:val="ru-RU"/>
              </w:rPr>
              <w:t>.</w:t>
            </w:r>
            <w:proofErr w:type="spellStart"/>
            <w:r>
              <w:t>arbitr</w:t>
            </w:r>
            <w:proofErr w:type="spellEnd"/>
            <w:r w:rsidRPr="002D4B97">
              <w:rPr>
                <w:lang w:val="ru-RU"/>
              </w:rPr>
              <w:t>@</w:t>
            </w:r>
            <w:proofErr w:type="spellStart"/>
            <w:r>
              <w:t>yandex</w:t>
            </w:r>
            <w:proofErr w:type="spellEnd"/>
            <w:r w:rsidRPr="002D4B97">
              <w:rPr>
                <w:lang w:val="ru-RU"/>
              </w:rPr>
              <w:t>.</w:t>
            </w:r>
            <w:proofErr w:type="spellStart"/>
            <w:r>
              <w:t>ru</w:t>
            </w:r>
            <w:proofErr w:type="spellEnd"/>
          </w:p>
        </w:tc>
        <w:tc>
          <w:tcPr>
            <w:tcW w:w="4320" w:type="dxa"/>
          </w:tcPr>
          <w:p w:rsidR="00855380" w:rsidRPr="002D4B97" w:rsidRDefault="00000000">
            <w:pPr>
              <w:rPr>
                <w:lang w:val="ru-RU"/>
              </w:rPr>
            </w:pPr>
            <w:r w:rsidRPr="002D4B97">
              <w:rPr>
                <w:lang w:val="ru-RU"/>
              </w:rPr>
              <w:t>Ф.И.О.: _________________________________</w:t>
            </w:r>
            <w:r w:rsidRPr="002D4B97">
              <w:rPr>
                <w:lang w:val="ru-RU"/>
              </w:rPr>
              <w:br/>
              <w:t>Паспорт: _______________________________</w:t>
            </w:r>
            <w:r w:rsidRPr="002D4B97">
              <w:rPr>
                <w:lang w:val="ru-RU"/>
              </w:rPr>
              <w:br/>
              <w:t>Адрес: _________________________________</w:t>
            </w:r>
            <w:r w:rsidRPr="002D4B97">
              <w:rPr>
                <w:lang w:val="ru-RU"/>
              </w:rPr>
              <w:br/>
              <w:t>Тел.: _________________________________</w:t>
            </w:r>
            <w:r w:rsidRPr="002D4B97">
              <w:rPr>
                <w:lang w:val="ru-RU"/>
              </w:rPr>
              <w:br/>
            </w:r>
            <w:r>
              <w:t>E</w:t>
            </w:r>
            <w:r w:rsidRPr="002D4B97">
              <w:rPr>
                <w:lang w:val="ru-RU"/>
              </w:rPr>
              <w:t>-</w:t>
            </w:r>
            <w:r>
              <w:t>mail</w:t>
            </w:r>
            <w:r w:rsidRPr="002D4B97">
              <w:rPr>
                <w:lang w:val="ru-RU"/>
              </w:rPr>
              <w:t>: ________________________________</w:t>
            </w:r>
          </w:p>
        </w:tc>
      </w:tr>
    </w:tbl>
    <w:p w:rsidR="00855380" w:rsidRDefault="00000000">
      <w:r w:rsidRPr="002D4B97">
        <w:rPr>
          <w:lang w:val="ru-RU"/>
        </w:rPr>
        <w:br/>
      </w:r>
      <w:proofErr w:type="spellStart"/>
      <w:r>
        <w:t>Подписи</w:t>
      </w:r>
      <w:proofErr w:type="spellEnd"/>
      <w:r>
        <w:t xml:space="preserve"> </w:t>
      </w:r>
      <w:proofErr w:type="spellStart"/>
      <w:r>
        <w:t>сторон</w:t>
      </w:r>
      <w:proofErr w:type="spellEnd"/>
      <w:r>
        <w:t>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320"/>
        <w:gridCol w:w="4320"/>
      </w:tblGrid>
      <w:tr w:rsidR="00855380">
        <w:trPr>
          <w:jc w:val="center"/>
        </w:trPr>
        <w:tc>
          <w:tcPr>
            <w:tcW w:w="4320" w:type="dxa"/>
          </w:tcPr>
          <w:p w:rsidR="00855380" w:rsidRDefault="00000000">
            <w:r>
              <w:t>Продавец / Финансовый управляющий: ___________________ /_____________/</w:t>
            </w:r>
          </w:p>
        </w:tc>
        <w:tc>
          <w:tcPr>
            <w:tcW w:w="4320" w:type="dxa"/>
          </w:tcPr>
          <w:p w:rsidR="00855380" w:rsidRDefault="00000000">
            <w:r>
              <w:t>Покупатель: ___________________ /_____________/</w:t>
            </w:r>
          </w:p>
        </w:tc>
      </w:tr>
    </w:tbl>
    <w:p w:rsidR="00855380" w:rsidRDefault="00000000">
      <w:r>
        <w:br w:type="page"/>
      </w:r>
    </w:p>
    <w:p w:rsidR="00855380" w:rsidRDefault="00000000">
      <w:pPr>
        <w:jc w:val="center"/>
      </w:pPr>
      <w:r>
        <w:rPr>
          <w:b/>
        </w:rPr>
        <w:lastRenderedPageBreak/>
        <w:t>ПРИЛОЖЕНИЕ № 1</w:t>
      </w:r>
    </w:p>
    <w:p w:rsidR="00855380" w:rsidRDefault="00000000">
      <w:pPr>
        <w:jc w:val="center"/>
      </w:pPr>
      <w:r>
        <w:rPr>
          <w:b/>
        </w:rPr>
        <w:t>АКТ ПРИЕМА-ПЕРЕДАЧИ ТРАНСПОРТНОГО СРЕДСТВА</w:t>
      </w:r>
    </w:p>
    <w:p w:rsidR="00855380" w:rsidRDefault="00000000">
      <w:pPr>
        <w:jc w:val="center"/>
      </w:pPr>
      <w:r>
        <w:t>г. Москва</w:t>
      </w:r>
    </w:p>
    <w:p w:rsidR="00855380" w:rsidRDefault="00000000">
      <w:pPr>
        <w:jc w:val="center"/>
      </w:pPr>
      <w:r>
        <w:t>«____» ________________ 2026 г.</w:t>
      </w:r>
    </w:p>
    <w:p w:rsidR="002D4B97" w:rsidRDefault="00000000" w:rsidP="002D4B97">
      <w:pPr>
        <w:jc w:val="both"/>
        <w:rPr>
          <w:lang w:val="ru-RU"/>
        </w:rPr>
      </w:pPr>
      <w:r w:rsidRPr="002D4B97">
        <w:rPr>
          <w:lang w:val="ru-RU"/>
        </w:rPr>
        <w:t xml:space="preserve">Мы, нижеподписавшиеся: Королёва Екатерина Викторовна в лице финансового управляющего </w:t>
      </w:r>
      <w:proofErr w:type="spellStart"/>
      <w:r w:rsidRPr="002D4B97">
        <w:rPr>
          <w:lang w:val="ru-RU"/>
        </w:rPr>
        <w:t>Наземников</w:t>
      </w:r>
      <w:r w:rsidR="002D4B97">
        <w:rPr>
          <w:lang w:val="ru-RU"/>
        </w:rPr>
        <w:t>а</w:t>
      </w:r>
      <w:proofErr w:type="spellEnd"/>
      <w:r w:rsidRPr="002D4B97">
        <w:rPr>
          <w:lang w:val="ru-RU"/>
        </w:rPr>
        <w:t xml:space="preserve"> Алексе</w:t>
      </w:r>
      <w:r w:rsidR="002D4B97">
        <w:rPr>
          <w:lang w:val="ru-RU"/>
        </w:rPr>
        <w:t>я</w:t>
      </w:r>
      <w:r w:rsidRPr="002D4B97">
        <w:rPr>
          <w:lang w:val="ru-RU"/>
        </w:rPr>
        <w:t xml:space="preserve"> Витальевич</w:t>
      </w:r>
      <w:r w:rsidR="002D4B97">
        <w:rPr>
          <w:lang w:val="ru-RU"/>
        </w:rPr>
        <w:t>а</w:t>
      </w:r>
      <w:r w:rsidRPr="002D4B97">
        <w:rPr>
          <w:lang w:val="ru-RU"/>
        </w:rPr>
        <w:t xml:space="preserve"> (далее — «Продавец») и</w:t>
      </w:r>
    </w:p>
    <w:p w:rsidR="00855380" w:rsidRPr="002D4B97" w:rsidRDefault="00000000" w:rsidP="002D4B97">
      <w:pPr>
        <w:jc w:val="both"/>
        <w:rPr>
          <w:lang w:val="ru-RU"/>
        </w:rPr>
      </w:pPr>
      <w:r w:rsidRPr="002D4B97">
        <w:rPr>
          <w:lang w:val="ru-RU"/>
        </w:rPr>
        <w:t>_____________________________________ (далее — «Покупатель»), составили настоящий акт о том, что в соответствии с Договором купли-продажи транспортного средства № ____ от «____» ___________ 2026 г. Продавец передал, а Покупатель принял следующее транспортное средство и документы к нему: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4311"/>
        <w:gridCol w:w="4319"/>
      </w:tblGrid>
      <w:tr w:rsidR="00855380">
        <w:trPr>
          <w:jc w:val="center"/>
        </w:trPr>
        <w:tc>
          <w:tcPr>
            <w:tcW w:w="4320" w:type="dxa"/>
          </w:tcPr>
          <w:p w:rsidR="00855380" w:rsidRDefault="00000000">
            <w:r>
              <w:t>ТС</w:t>
            </w:r>
          </w:p>
        </w:tc>
        <w:tc>
          <w:tcPr>
            <w:tcW w:w="4320" w:type="dxa"/>
          </w:tcPr>
          <w:p w:rsidR="00855380" w:rsidRDefault="00000000">
            <w:r>
              <w:t>MINI COOPER, 2003 г.в., VIN WMWRC31070TB89808, гос. знак В185ВТ977, кузов: хэтчбек, 3-дверный</w:t>
            </w:r>
          </w:p>
        </w:tc>
      </w:tr>
      <w:tr w:rsidR="00855380">
        <w:trPr>
          <w:jc w:val="center"/>
        </w:trPr>
        <w:tc>
          <w:tcPr>
            <w:tcW w:w="4320" w:type="dxa"/>
          </w:tcPr>
          <w:p w:rsidR="00855380" w:rsidRDefault="00000000">
            <w:r>
              <w:t>ПТС</w:t>
            </w:r>
          </w:p>
        </w:tc>
        <w:tc>
          <w:tcPr>
            <w:tcW w:w="4320" w:type="dxa"/>
          </w:tcPr>
          <w:p w:rsidR="00855380" w:rsidRDefault="00000000">
            <w:r>
              <w:t>_______________________________</w:t>
            </w:r>
          </w:p>
        </w:tc>
      </w:tr>
      <w:tr w:rsidR="00855380">
        <w:trPr>
          <w:jc w:val="center"/>
        </w:trPr>
        <w:tc>
          <w:tcPr>
            <w:tcW w:w="4320" w:type="dxa"/>
          </w:tcPr>
          <w:p w:rsidR="00855380" w:rsidRDefault="00000000">
            <w:r>
              <w:t>СТС</w:t>
            </w:r>
          </w:p>
        </w:tc>
        <w:tc>
          <w:tcPr>
            <w:tcW w:w="4320" w:type="dxa"/>
          </w:tcPr>
          <w:p w:rsidR="00855380" w:rsidRDefault="00000000">
            <w:r>
              <w:t>_______________________________</w:t>
            </w:r>
          </w:p>
        </w:tc>
      </w:tr>
      <w:tr w:rsidR="00855380">
        <w:trPr>
          <w:jc w:val="center"/>
        </w:trPr>
        <w:tc>
          <w:tcPr>
            <w:tcW w:w="4320" w:type="dxa"/>
          </w:tcPr>
          <w:p w:rsidR="00855380" w:rsidRDefault="00000000">
            <w:r>
              <w:t>Ключи</w:t>
            </w:r>
          </w:p>
        </w:tc>
        <w:tc>
          <w:tcPr>
            <w:tcW w:w="4320" w:type="dxa"/>
          </w:tcPr>
          <w:p w:rsidR="00855380" w:rsidRDefault="00000000">
            <w:r>
              <w:t>____ (__________) шт.</w:t>
            </w:r>
          </w:p>
        </w:tc>
      </w:tr>
      <w:tr w:rsidR="00855380">
        <w:trPr>
          <w:jc w:val="center"/>
        </w:trPr>
        <w:tc>
          <w:tcPr>
            <w:tcW w:w="4320" w:type="dxa"/>
          </w:tcPr>
          <w:p w:rsidR="00855380" w:rsidRDefault="00000000">
            <w:r>
              <w:t>Номерные знаки</w:t>
            </w:r>
          </w:p>
        </w:tc>
        <w:tc>
          <w:tcPr>
            <w:tcW w:w="4320" w:type="dxa"/>
          </w:tcPr>
          <w:p w:rsidR="00855380" w:rsidRDefault="00000000">
            <w:r>
              <w:t>____ (__________) шт.</w:t>
            </w:r>
          </w:p>
        </w:tc>
      </w:tr>
      <w:tr w:rsidR="00855380">
        <w:trPr>
          <w:jc w:val="center"/>
        </w:trPr>
        <w:tc>
          <w:tcPr>
            <w:tcW w:w="4320" w:type="dxa"/>
          </w:tcPr>
          <w:p w:rsidR="00855380" w:rsidRDefault="00000000">
            <w:r>
              <w:t>Прочее</w:t>
            </w:r>
          </w:p>
        </w:tc>
        <w:tc>
          <w:tcPr>
            <w:tcW w:w="4320" w:type="dxa"/>
          </w:tcPr>
          <w:p w:rsidR="00855380" w:rsidRDefault="00000000">
            <w:r>
              <w:t>_______________________________</w:t>
            </w:r>
          </w:p>
        </w:tc>
      </w:tr>
    </w:tbl>
    <w:p w:rsidR="00855380" w:rsidRPr="002D4B97" w:rsidRDefault="00000000" w:rsidP="002D4B97">
      <w:pPr>
        <w:jc w:val="both"/>
        <w:rPr>
          <w:lang w:val="ru-RU"/>
        </w:rPr>
      </w:pPr>
      <w:r w:rsidRPr="002D4B97">
        <w:rPr>
          <w:lang w:val="ru-RU"/>
        </w:rPr>
        <w:t>Покупатель принял ТС и документы без замечаний. Претензий к Продавцу по количеству, комплектности и состоянию ТС не имеет.</w:t>
      </w:r>
    </w:p>
    <w:p w:rsidR="00855380" w:rsidRPr="002D4B97" w:rsidRDefault="00000000" w:rsidP="002D4B97">
      <w:pPr>
        <w:jc w:val="both"/>
        <w:rPr>
          <w:lang w:val="ru-RU"/>
        </w:rPr>
      </w:pPr>
      <w:r w:rsidRPr="002D4B97">
        <w:rPr>
          <w:lang w:val="ru-RU"/>
        </w:rPr>
        <w:t>Настоящий акт составлен в 2 (двух) экземплярах, имеющих равную юридическую силу, по одному для каждой из Сторон.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320"/>
        <w:gridCol w:w="4320"/>
      </w:tblGrid>
      <w:tr w:rsidR="00855380">
        <w:trPr>
          <w:jc w:val="center"/>
        </w:trPr>
        <w:tc>
          <w:tcPr>
            <w:tcW w:w="4320" w:type="dxa"/>
          </w:tcPr>
          <w:p w:rsidR="00855380" w:rsidRDefault="00000000">
            <w:proofErr w:type="spellStart"/>
            <w:r>
              <w:t>Продавец</w:t>
            </w:r>
            <w:proofErr w:type="spellEnd"/>
            <w:r>
              <w:t xml:space="preserve"> / </w:t>
            </w:r>
            <w:proofErr w:type="spellStart"/>
            <w:r>
              <w:t>Финансовый</w:t>
            </w:r>
            <w:proofErr w:type="spellEnd"/>
            <w:r>
              <w:t xml:space="preserve"> </w:t>
            </w:r>
            <w:proofErr w:type="spellStart"/>
            <w:r>
              <w:t>управляющий</w:t>
            </w:r>
            <w:proofErr w:type="spellEnd"/>
            <w:r>
              <w:t>: ___________________ /_____________/</w:t>
            </w:r>
          </w:p>
        </w:tc>
        <w:tc>
          <w:tcPr>
            <w:tcW w:w="4320" w:type="dxa"/>
          </w:tcPr>
          <w:p w:rsidR="00855380" w:rsidRDefault="00000000">
            <w:r>
              <w:t>Покупатель: ___________________ /_____________/</w:t>
            </w:r>
          </w:p>
        </w:tc>
      </w:tr>
    </w:tbl>
    <w:p w:rsidR="0007054F" w:rsidRDefault="0007054F"/>
    <w:sectPr w:rsidR="0007054F" w:rsidSect="00034616">
      <w:head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7054F" w:rsidRDefault="0007054F" w:rsidP="002D4B97">
      <w:pPr>
        <w:spacing w:after="0" w:line="240" w:lineRule="auto"/>
      </w:pPr>
      <w:r>
        <w:separator/>
      </w:r>
    </w:p>
  </w:endnote>
  <w:endnote w:type="continuationSeparator" w:id="0">
    <w:p w:rsidR="0007054F" w:rsidRDefault="0007054F" w:rsidP="002D4B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7054F" w:rsidRDefault="0007054F" w:rsidP="002D4B97">
      <w:pPr>
        <w:spacing w:after="0" w:line="240" w:lineRule="auto"/>
      </w:pPr>
      <w:r>
        <w:separator/>
      </w:r>
    </w:p>
  </w:footnote>
  <w:footnote w:type="continuationSeparator" w:id="0">
    <w:p w:rsidR="0007054F" w:rsidRDefault="0007054F" w:rsidP="002D4B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D4B97" w:rsidRPr="002D4B97" w:rsidRDefault="002D4B97" w:rsidP="002D4B97">
    <w:pPr>
      <w:pStyle w:val="a5"/>
      <w:jc w:val="right"/>
      <w:rPr>
        <w:lang w:val="ru-RU"/>
      </w:rPr>
    </w:pPr>
    <w:r>
      <w:rPr>
        <w:lang w:val="ru-RU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7432147">
    <w:abstractNumId w:val="8"/>
  </w:num>
  <w:num w:numId="2" w16cid:durableId="536969063">
    <w:abstractNumId w:val="6"/>
  </w:num>
  <w:num w:numId="3" w16cid:durableId="57897057">
    <w:abstractNumId w:val="5"/>
  </w:num>
  <w:num w:numId="4" w16cid:durableId="664819657">
    <w:abstractNumId w:val="4"/>
  </w:num>
  <w:num w:numId="5" w16cid:durableId="1704478776">
    <w:abstractNumId w:val="7"/>
  </w:num>
  <w:num w:numId="6" w16cid:durableId="1809279371">
    <w:abstractNumId w:val="3"/>
  </w:num>
  <w:num w:numId="7" w16cid:durableId="434986874">
    <w:abstractNumId w:val="2"/>
  </w:num>
  <w:num w:numId="8" w16cid:durableId="392511296">
    <w:abstractNumId w:val="1"/>
  </w:num>
  <w:num w:numId="9" w16cid:durableId="14357132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7054F"/>
    <w:rsid w:val="0015074B"/>
    <w:rsid w:val="0029639D"/>
    <w:rsid w:val="002D4B97"/>
    <w:rsid w:val="00326F90"/>
    <w:rsid w:val="00855380"/>
    <w:rsid w:val="00A2716B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15F80B"/>
  <w14:defaultImageDpi w14:val="300"/>
  <w15:docId w15:val="{F47A9E85-47F8-434E-8811-4536E6BDF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eastAsia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902</Words>
  <Characters>5145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6035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1</cp:lastModifiedBy>
  <cp:revision>2</cp:revision>
  <dcterms:created xsi:type="dcterms:W3CDTF">2026-01-19T16:57:00Z</dcterms:created>
  <dcterms:modified xsi:type="dcterms:W3CDTF">2026-01-19T16:57:00Z</dcterms:modified>
  <cp:category/>
</cp:coreProperties>
</file>